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72D9C" w14:textId="0699C3E1" w:rsidR="008300C2" w:rsidRPr="003824FD" w:rsidRDefault="00C4692E">
      <w:pPr>
        <w:spacing w:before="700"/>
        <w:jc w:val="center"/>
        <w:rPr>
          <w:rFonts w:cs="B Nazanin"/>
          <w:color w:val="006666"/>
        </w:rPr>
      </w:pPr>
      <w:r w:rsidRPr="003824FD">
        <w:rPr>
          <w:rFonts w:ascii="B Titr" w:eastAsia="B Titr" w:hAnsi="B Titr" w:cs="B Nazanin"/>
          <w:b/>
          <w:color w:val="006666"/>
          <w:sz w:val="50"/>
        </w:rPr>
        <w:t xml:space="preserve">فرم ثبت درخواست </w:t>
      </w:r>
    </w:p>
    <w:p w14:paraId="6810985E" w14:textId="6D70A45A" w:rsidR="00B62F43" w:rsidRPr="003824FD" w:rsidRDefault="003824FD" w:rsidP="00B62F43">
      <w:pPr>
        <w:bidi/>
        <w:jc w:val="center"/>
        <w:rPr>
          <w:rFonts w:ascii="B Titr" w:eastAsia="B Titr" w:hAnsi="B Titr" w:cs="B Nazanin"/>
          <w:bCs/>
          <w:color w:val="C00000"/>
          <w:sz w:val="32"/>
          <w:szCs w:val="32"/>
          <w:lang w:bidi="fa-IR"/>
        </w:rPr>
      </w:pPr>
      <w:r w:rsidRPr="003824FD">
        <w:rPr>
          <w:rFonts w:ascii="B Titr" w:eastAsia="B Titr" w:hAnsi="B Titr" w:cs="B Nazanin" w:hint="cs"/>
          <w:bCs/>
          <w:color w:val="C00000"/>
          <w:sz w:val="32"/>
          <w:szCs w:val="32"/>
          <w:rtl/>
        </w:rPr>
        <w:t xml:space="preserve">فراخوان </w:t>
      </w:r>
      <w:r w:rsidR="00B62F43" w:rsidRPr="003824FD">
        <w:rPr>
          <w:rFonts w:ascii="B Titr" w:eastAsia="B Titr" w:hAnsi="B Titr" w:cs="B Nazanin" w:hint="cs"/>
          <w:bCs/>
          <w:color w:val="C00000"/>
          <w:sz w:val="32"/>
          <w:szCs w:val="32"/>
          <w:rtl/>
        </w:rPr>
        <w:t xml:space="preserve">سرمایه گذاری خطر پذیر </w:t>
      </w:r>
      <w:r w:rsidRPr="003824FD">
        <w:rPr>
          <w:rFonts w:ascii="B Titr" w:eastAsia="B Titr" w:hAnsi="B Titr" w:cs="B Nazanin" w:hint="cs"/>
          <w:bCs/>
          <w:color w:val="C00000"/>
          <w:sz w:val="32"/>
          <w:szCs w:val="32"/>
          <w:rtl/>
        </w:rPr>
        <w:t>در</w:t>
      </w:r>
      <w:r w:rsidR="00B62F43" w:rsidRPr="003824FD">
        <w:rPr>
          <w:rFonts w:ascii="B Titr" w:eastAsia="B Titr" w:hAnsi="B Titr" w:cs="B Nazanin" w:hint="cs"/>
          <w:bCs/>
          <w:color w:val="C00000"/>
          <w:sz w:val="32"/>
          <w:szCs w:val="32"/>
          <w:rtl/>
        </w:rPr>
        <w:t xml:space="preserve"> استارتاپ ها، شرکت های فناور و دانش بنیان</w:t>
      </w:r>
    </w:p>
    <w:p w14:paraId="2E4D837A" w14:textId="5FB22ECE" w:rsidR="008300C2" w:rsidRPr="003824FD" w:rsidRDefault="00C4692E">
      <w:pPr>
        <w:jc w:val="center"/>
        <w:rPr>
          <w:rFonts w:ascii="Calibri" w:hAnsi="Calibri" w:cs="B Nazanin"/>
          <w:lang w:bidi="fa-IR"/>
        </w:rPr>
      </w:pPr>
      <w:r w:rsidRPr="003824FD">
        <w:rPr>
          <w:rFonts w:ascii="B Titr" w:eastAsia="B Titr" w:hAnsi="B Titr" w:cs="B Nazanin"/>
          <w:b/>
          <w:color w:val="C00000"/>
          <w:sz w:val="34"/>
        </w:rPr>
        <w:t xml:space="preserve"> 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10416"/>
      </w:tblGrid>
      <w:tr w:rsidR="008300C2" w:rsidRPr="003824FD" w14:paraId="65859120" w14:textId="77777777" w:rsidTr="00B62F43">
        <w:trPr>
          <w:jc w:val="center"/>
        </w:trPr>
        <w:tc>
          <w:tcPr>
            <w:tcW w:w="10530" w:type="dxa"/>
            <w:shd w:val="clear" w:color="auto" w:fill="F2F5F8"/>
            <w:vAlign w:val="center"/>
          </w:tcPr>
          <w:p w14:paraId="6EB9B5EF" w14:textId="2E30BA6E" w:rsidR="008300C2" w:rsidRPr="003824FD" w:rsidRDefault="008B048C" w:rsidP="00B62F43">
            <w:pPr>
              <w:bidi/>
              <w:spacing w:after="0"/>
              <w:jc w:val="center"/>
              <w:rPr>
                <w:rFonts w:cs="B Nazanin"/>
                <w:b/>
                <w:color w:val="006666"/>
                <w:sz w:val="22"/>
              </w:rPr>
            </w:pPr>
            <w:r w:rsidRPr="008B048C">
              <w:rPr>
                <w:rFonts w:cs="B Nazanin"/>
                <w:b/>
                <w:color w:val="006666"/>
                <w:sz w:val="22"/>
                <w:rtl/>
              </w:rPr>
              <w:t>هدف فرم: در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افت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اطلاعات اول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ه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شرکت/ت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م،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فناور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راهکار پ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شنهاد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سابقه اجرا، م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زان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انطباق با ن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ازها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گروه صنعت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تراکتور تراکتورساز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ا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ران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و مدل پ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 w:hint="eastAsia"/>
                <w:b/>
                <w:color w:val="006666"/>
                <w:sz w:val="22"/>
                <w:rtl/>
              </w:rPr>
              <w:t>شنهاد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 xml:space="preserve"> همکار</w:t>
            </w:r>
            <w:r w:rsidRPr="008B048C">
              <w:rPr>
                <w:rFonts w:cs="B Nazanin" w:hint="cs"/>
                <w:b/>
                <w:color w:val="006666"/>
                <w:sz w:val="22"/>
                <w:rtl/>
              </w:rPr>
              <w:t>ی</w:t>
            </w:r>
            <w:r w:rsidRPr="008B048C">
              <w:rPr>
                <w:rFonts w:cs="B Nazanin"/>
                <w:b/>
                <w:color w:val="006666"/>
                <w:sz w:val="22"/>
                <w:rtl/>
              </w:rPr>
              <w:t>.</w:t>
            </w:r>
          </w:p>
        </w:tc>
      </w:tr>
    </w:tbl>
    <w:p w14:paraId="501D69D7" w14:textId="2E00364E" w:rsidR="008300C2" w:rsidRPr="003824FD" w:rsidRDefault="008B048C" w:rsidP="00763E22">
      <w:pPr>
        <w:bidi/>
        <w:spacing w:after="80" w:line="264" w:lineRule="auto"/>
        <w:rPr>
          <w:rFonts w:cs="B Nazanin"/>
        </w:rPr>
      </w:pPr>
      <w:r w:rsidRPr="008B048C">
        <w:rPr>
          <w:rFonts w:cs="B Nazanin"/>
          <w:color w:val="222222"/>
          <w:rtl/>
        </w:rPr>
        <w:t>لطفاً فرم را با اطلاعات دق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ق</w:t>
      </w:r>
      <w:r w:rsidRPr="008B048C">
        <w:rPr>
          <w:rFonts w:cs="B Nazanin"/>
          <w:color w:val="222222"/>
          <w:rtl/>
        </w:rPr>
        <w:t xml:space="preserve"> و قابل استناد تکم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ل</w:t>
      </w:r>
      <w:r w:rsidRPr="008B048C">
        <w:rPr>
          <w:rFonts w:cs="B Nazanin"/>
          <w:color w:val="222222"/>
          <w:rtl/>
        </w:rPr>
        <w:t xml:space="preserve"> کن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د</w:t>
      </w:r>
      <w:r w:rsidRPr="008B048C">
        <w:rPr>
          <w:rFonts w:cs="B Nazanin"/>
          <w:color w:val="222222"/>
          <w:rtl/>
        </w:rPr>
        <w:t>. در صورت وجود، کاتالوگ، فا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ل</w:t>
      </w:r>
      <w:r w:rsidRPr="008B048C">
        <w:rPr>
          <w:rFonts w:cs="B Nazanin"/>
          <w:color w:val="222222"/>
          <w:rtl/>
        </w:rPr>
        <w:t xml:space="preserve"> معرف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/>
          <w:color w:val="222222"/>
          <w:rtl/>
        </w:rPr>
        <w:t xml:space="preserve"> محصول، مستندات فن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،</w:t>
      </w:r>
      <w:r w:rsidRPr="008B048C">
        <w:rPr>
          <w:rFonts w:cs="B Nazanin"/>
          <w:color w:val="222222"/>
          <w:rtl/>
        </w:rPr>
        <w:t xml:space="preserve"> نتا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ج</w:t>
      </w:r>
      <w:r w:rsidRPr="008B048C">
        <w:rPr>
          <w:rFonts w:cs="B Nazanin"/>
          <w:color w:val="222222"/>
          <w:rtl/>
        </w:rPr>
        <w:t xml:space="preserve"> آزمون، سوابق پروژه‌ها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/>
          <w:color w:val="222222"/>
          <w:rtl/>
        </w:rPr>
        <w:t xml:space="preserve"> صنعت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/>
          <w:color w:val="222222"/>
          <w:rtl/>
        </w:rPr>
        <w:t xml:space="preserve"> و سا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ر</w:t>
      </w:r>
      <w:r w:rsidRPr="008B048C">
        <w:rPr>
          <w:rFonts w:cs="B Nazanin"/>
          <w:color w:val="222222"/>
          <w:rtl/>
        </w:rPr>
        <w:t xml:space="preserve"> مدارک پشت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بان</w:t>
      </w:r>
      <w:r w:rsidRPr="008B048C">
        <w:rPr>
          <w:rFonts w:cs="B Nazanin"/>
          <w:color w:val="222222"/>
          <w:rtl/>
        </w:rPr>
        <w:t xml:space="preserve"> را ن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ز</w:t>
      </w:r>
      <w:r w:rsidRPr="008B048C">
        <w:rPr>
          <w:rFonts w:cs="B Nazanin"/>
          <w:color w:val="222222"/>
          <w:rtl/>
        </w:rPr>
        <w:t xml:space="preserve"> پ</w:t>
      </w:r>
      <w:r w:rsidRPr="008B048C">
        <w:rPr>
          <w:rFonts w:cs="B Nazanin" w:hint="cs"/>
          <w:color w:val="222222"/>
          <w:rtl/>
        </w:rPr>
        <w:t>ی</w:t>
      </w:r>
      <w:r w:rsidRPr="008B048C">
        <w:rPr>
          <w:rFonts w:cs="B Nazanin" w:hint="eastAsia"/>
          <w:color w:val="222222"/>
          <w:rtl/>
        </w:rPr>
        <w:t>وست</w:t>
      </w:r>
      <w:r w:rsidRPr="008B048C">
        <w:rPr>
          <w:rFonts w:cs="B Nazanin"/>
          <w:color w:val="222222"/>
          <w:rtl/>
        </w:rPr>
        <w:t xml:space="preserve"> نما</w:t>
      </w:r>
      <w:r w:rsidRPr="008B048C">
        <w:rPr>
          <w:rFonts w:cs="B Nazanin" w:hint="cs"/>
          <w:color w:val="222222"/>
          <w:rtl/>
        </w:rPr>
        <w:t>یی</w:t>
      </w:r>
      <w:r w:rsidRPr="008B048C">
        <w:rPr>
          <w:rFonts w:cs="B Nazanin" w:hint="eastAsia"/>
          <w:color w:val="222222"/>
          <w:rtl/>
        </w:rPr>
        <w:t>د</w:t>
      </w:r>
      <w:r w:rsidRPr="008B048C">
        <w:rPr>
          <w:rFonts w:cs="B Nazanin"/>
          <w:color w:val="222222"/>
          <w:rtl/>
        </w:rPr>
        <w:t>.</w:t>
      </w:r>
    </w:p>
    <w:tbl>
      <w:tblPr>
        <w:tblW w:w="0" w:type="auto"/>
        <w:jc w:val="right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5208"/>
        <w:gridCol w:w="5208"/>
      </w:tblGrid>
      <w:tr w:rsidR="00B62F43" w:rsidRPr="003824FD" w14:paraId="60438F30" w14:textId="77777777" w:rsidTr="006B7B5B">
        <w:trPr>
          <w:jc w:val="right"/>
        </w:trPr>
        <w:tc>
          <w:tcPr>
            <w:tcW w:w="5213" w:type="dxa"/>
            <w:shd w:val="clear" w:color="auto" w:fill="F2F5F8"/>
            <w:vAlign w:val="center"/>
          </w:tcPr>
          <w:p w14:paraId="1372488E" w14:textId="057598BC" w:rsidR="00B62F43" w:rsidRPr="003824FD" w:rsidRDefault="008B048C" w:rsidP="008B048C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..............................</w:t>
            </w:r>
          </w:p>
        </w:tc>
        <w:tc>
          <w:tcPr>
            <w:tcW w:w="5213" w:type="dxa"/>
            <w:shd w:val="clear" w:color="auto" w:fill="F2F5F8"/>
          </w:tcPr>
          <w:p w14:paraId="22563532" w14:textId="15BBC7B0" w:rsidR="00B62F43" w:rsidRPr="003824FD" w:rsidRDefault="00B62F43" w:rsidP="00B62F4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3824FD">
              <w:rPr>
                <w:rFonts w:cs="B Nazanin"/>
                <w:b/>
                <w:bCs/>
                <w:color w:val="006666"/>
                <w:rtl/>
              </w:rPr>
              <w:t>شماره درخواست</w:t>
            </w:r>
          </w:p>
        </w:tc>
      </w:tr>
      <w:tr w:rsidR="008B048C" w:rsidRPr="003824FD" w14:paraId="7ECDF60E" w14:textId="77777777" w:rsidTr="00E70BFD">
        <w:trPr>
          <w:jc w:val="right"/>
        </w:trPr>
        <w:tc>
          <w:tcPr>
            <w:tcW w:w="5213" w:type="dxa"/>
          </w:tcPr>
          <w:p w14:paraId="1AD8FDFB" w14:textId="1783A12C" w:rsidR="008B048C" w:rsidRPr="003824FD" w:rsidRDefault="008B048C" w:rsidP="008B048C">
            <w:pPr>
              <w:bidi/>
              <w:spacing w:after="0"/>
              <w:rPr>
                <w:rFonts w:cs="B Nazanin"/>
              </w:rPr>
            </w:pPr>
            <w:r w:rsidRPr="00314ED3">
              <w:t>..............................</w:t>
            </w:r>
          </w:p>
        </w:tc>
        <w:tc>
          <w:tcPr>
            <w:tcW w:w="5213" w:type="dxa"/>
          </w:tcPr>
          <w:p w14:paraId="11943BFC" w14:textId="7260A452" w:rsidR="008B048C" w:rsidRPr="003824FD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3824FD">
              <w:rPr>
                <w:rFonts w:cs="B Nazanin"/>
                <w:b/>
                <w:bCs/>
                <w:color w:val="006666"/>
                <w:rtl/>
              </w:rPr>
              <w:t>تار</w:t>
            </w:r>
            <w:r w:rsidRPr="003824FD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خ</w:t>
            </w:r>
            <w:r w:rsidRPr="003824FD">
              <w:rPr>
                <w:rFonts w:cs="B Nazanin"/>
                <w:b/>
                <w:bCs/>
                <w:color w:val="006666"/>
                <w:rtl/>
              </w:rPr>
              <w:t xml:space="preserve"> ثبت</w:t>
            </w:r>
          </w:p>
        </w:tc>
      </w:tr>
      <w:tr w:rsidR="008B048C" w:rsidRPr="003824FD" w14:paraId="4CA4751C" w14:textId="77777777" w:rsidTr="00E70BFD">
        <w:trPr>
          <w:jc w:val="right"/>
        </w:trPr>
        <w:tc>
          <w:tcPr>
            <w:tcW w:w="5213" w:type="dxa"/>
            <w:shd w:val="clear" w:color="auto" w:fill="F2F5F8"/>
          </w:tcPr>
          <w:p w14:paraId="3E656A2D" w14:textId="2FCACB75" w:rsidR="008B048C" w:rsidRPr="003824FD" w:rsidRDefault="008B048C" w:rsidP="008B048C">
            <w:pPr>
              <w:bidi/>
              <w:spacing w:after="0"/>
              <w:rPr>
                <w:rFonts w:cs="B Nazanin"/>
              </w:rPr>
            </w:pPr>
            <w:r w:rsidRPr="00314ED3">
              <w:t>..............................</w:t>
            </w:r>
          </w:p>
        </w:tc>
        <w:tc>
          <w:tcPr>
            <w:tcW w:w="5213" w:type="dxa"/>
            <w:shd w:val="clear" w:color="auto" w:fill="F2F5F8"/>
          </w:tcPr>
          <w:p w14:paraId="53A71A30" w14:textId="3638D617" w:rsidR="008B048C" w:rsidRPr="003824FD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نام</w:t>
            </w:r>
            <w:r w:rsidRPr="003824FD">
              <w:rPr>
                <w:rFonts w:cs="B Nazanin"/>
                <w:b/>
                <w:bCs/>
                <w:color w:val="006666"/>
                <w:rtl/>
              </w:rPr>
              <w:t xml:space="preserve"> شرکت / ت</w:t>
            </w:r>
            <w:r w:rsidRPr="003824FD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م</w:t>
            </w:r>
          </w:p>
        </w:tc>
      </w:tr>
      <w:tr w:rsidR="008B048C" w:rsidRPr="003824FD" w14:paraId="0549FFE4" w14:textId="77777777" w:rsidTr="00E70BFD">
        <w:trPr>
          <w:jc w:val="right"/>
        </w:trPr>
        <w:tc>
          <w:tcPr>
            <w:tcW w:w="5213" w:type="dxa"/>
          </w:tcPr>
          <w:p w14:paraId="5C2D8C8F" w14:textId="11EC235E" w:rsidR="008B048C" w:rsidRPr="003824FD" w:rsidRDefault="008B048C" w:rsidP="008B048C">
            <w:pPr>
              <w:bidi/>
              <w:spacing w:after="0"/>
              <w:rPr>
                <w:rFonts w:cs="B Nazanin"/>
              </w:rPr>
            </w:pPr>
            <w:r w:rsidRPr="00314ED3">
              <w:t>..............................</w:t>
            </w:r>
          </w:p>
        </w:tc>
        <w:tc>
          <w:tcPr>
            <w:tcW w:w="5213" w:type="dxa"/>
          </w:tcPr>
          <w:p w14:paraId="5A763E89" w14:textId="0AEC3F93" w:rsidR="008B048C" w:rsidRPr="003824FD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نام</w:t>
            </w:r>
            <w:r w:rsidRPr="003824FD">
              <w:rPr>
                <w:rFonts w:cs="B Nazanin"/>
                <w:b/>
                <w:bCs/>
                <w:color w:val="006666"/>
                <w:rtl/>
              </w:rPr>
              <w:t xml:space="preserve"> و نام خانوادگ</w:t>
            </w:r>
            <w:r w:rsidRPr="003824FD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3824FD">
              <w:rPr>
                <w:rFonts w:cs="B Nazanin"/>
                <w:b/>
                <w:bCs/>
                <w:color w:val="006666"/>
                <w:rtl/>
              </w:rPr>
              <w:t xml:space="preserve"> نما</w:t>
            </w:r>
            <w:r w:rsidRPr="003824FD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نده</w:t>
            </w:r>
          </w:p>
        </w:tc>
      </w:tr>
      <w:tr w:rsidR="008B048C" w:rsidRPr="003824FD" w14:paraId="0FBA2359" w14:textId="77777777" w:rsidTr="00E70BFD">
        <w:trPr>
          <w:jc w:val="right"/>
        </w:trPr>
        <w:tc>
          <w:tcPr>
            <w:tcW w:w="5213" w:type="dxa"/>
            <w:shd w:val="clear" w:color="auto" w:fill="F2F5F8"/>
          </w:tcPr>
          <w:p w14:paraId="02EA7372" w14:textId="2B159B27" w:rsidR="008B048C" w:rsidRPr="003824FD" w:rsidRDefault="008B048C" w:rsidP="008B048C">
            <w:pPr>
              <w:bidi/>
              <w:spacing w:after="0"/>
              <w:rPr>
                <w:rFonts w:cs="B Nazanin"/>
              </w:rPr>
            </w:pPr>
            <w:r w:rsidRPr="00314ED3">
              <w:t>..............................</w:t>
            </w:r>
          </w:p>
        </w:tc>
        <w:tc>
          <w:tcPr>
            <w:tcW w:w="5213" w:type="dxa"/>
            <w:shd w:val="clear" w:color="auto" w:fill="F2F5F8"/>
          </w:tcPr>
          <w:p w14:paraId="775B96EE" w14:textId="1ED2C21E" w:rsidR="008B048C" w:rsidRPr="003824FD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شماره</w:t>
            </w:r>
            <w:r w:rsidRPr="003824FD">
              <w:rPr>
                <w:rFonts w:cs="B Nazanin"/>
                <w:b/>
                <w:bCs/>
                <w:color w:val="006666"/>
                <w:rtl/>
              </w:rPr>
              <w:t xml:space="preserve"> تماس</w:t>
            </w:r>
          </w:p>
        </w:tc>
      </w:tr>
      <w:tr w:rsidR="008B048C" w:rsidRPr="003824FD" w14:paraId="533FFEFF" w14:textId="77777777" w:rsidTr="00E70BFD">
        <w:trPr>
          <w:jc w:val="right"/>
        </w:trPr>
        <w:tc>
          <w:tcPr>
            <w:tcW w:w="5213" w:type="dxa"/>
          </w:tcPr>
          <w:p w14:paraId="72EAD3B0" w14:textId="76EDDE03" w:rsidR="008B048C" w:rsidRPr="003824FD" w:rsidRDefault="008B048C" w:rsidP="008B048C">
            <w:pPr>
              <w:bidi/>
              <w:spacing w:after="0"/>
              <w:rPr>
                <w:rFonts w:cs="B Nazanin"/>
              </w:rPr>
            </w:pPr>
            <w:r w:rsidRPr="00314ED3">
              <w:t>..............................</w:t>
            </w:r>
          </w:p>
        </w:tc>
        <w:tc>
          <w:tcPr>
            <w:tcW w:w="5213" w:type="dxa"/>
          </w:tcPr>
          <w:p w14:paraId="35C7F648" w14:textId="0B15928C" w:rsidR="008B048C" w:rsidRPr="003824FD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پست</w:t>
            </w:r>
            <w:r w:rsidRPr="003824FD">
              <w:rPr>
                <w:rFonts w:cs="B Nazanin"/>
                <w:b/>
                <w:bCs/>
                <w:color w:val="006666"/>
                <w:rtl/>
              </w:rPr>
              <w:t xml:space="preserve"> الکترون</w:t>
            </w:r>
            <w:r w:rsidRPr="003824FD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3824FD">
              <w:rPr>
                <w:rFonts w:cs="B Nazanin" w:hint="eastAsia"/>
                <w:b/>
                <w:bCs/>
                <w:color w:val="006666"/>
                <w:rtl/>
              </w:rPr>
              <w:t>ک</w:t>
            </w:r>
            <w:r w:rsidRPr="003824FD">
              <w:rPr>
                <w:rFonts w:cs="B Nazanin" w:hint="cs"/>
                <w:b/>
                <w:bCs/>
                <w:color w:val="006666"/>
                <w:rtl/>
              </w:rPr>
              <w:t>ی</w:t>
            </w:r>
          </w:p>
        </w:tc>
      </w:tr>
    </w:tbl>
    <w:p w14:paraId="31CFD577" w14:textId="7648EF34" w:rsidR="008300C2" w:rsidRPr="008B048C" w:rsidRDefault="008B048C" w:rsidP="00763E22">
      <w:pPr>
        <w:bidi/>
        <w:rPr>
          <w:rFonts w:asciiTheme="minorHAnsi" w:hAnsiTheme="minorHAnsi" w:cs="B Nazanin"/>
          <w:rtl/>
          <w:lang w:bidi="fa-IR"/>
        </w:rPr>
      </w:pPr>
      <w:r w:rsidRPr="008B048C">
        <w:rPr>
          <w:rFonts w:cs="B Nazanin"/>
          <w:color w:val="666666"/>
          <w:sz w:val="18"/>
          <w:rtl/>
        </w:rPr>
        <w:t>اطلاعات ا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 w:hint="eastAsia"/>
          <w:color w:val="666666"/>
          <w:sz w:val="18"/>
          <w:rtl/>
        </w:rPr>
        <w:t>ن</w:t>
      </w:r>
      <w:r w:rsidRPr="008B048C">
        <w:rPr>
          <w:rFonts w:cs="B Nazanin"/>
          <w:color w:val="666666"/>
          <w:sz w:val="18"/>
          <w:rtl/>
        </w:rPr>
        <w:t xml:space="preserve"> فرم در فرآ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 w:hint="eastAsia"/>
          <w:color w:val="666666"/>
          <w:sz w:val="18"/>
          <w:rtl/>
        </w:rPr>
        <w:t>ند</w:t>
      </w:r>
      <w:r w:rsidRPr="008B048C">
        <w:rPr>
          <w:rFonts w:cs="B Nazanin"/>
          <w:color w:val="666666"/>
          <w:sz w:val="18"/>
          <w:rtl/>
        </w:rPr>
        <w:t xml:space="preserve"> بررس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/>
          <w:color w:val="666666"/>
          <w:sz w:val="18"/>
          <w:rtl/>
        </w:rPr>
        <w:t xml:space="preserve"> اول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 w:hint="eastAsia"/>
          <w:color w:val="666666"/>
          <w:sz w:val="18"/>
          <w:rtl/>
        </w:rPr>
        <w:t>ه</w:t>
      </w:r>
      <w:r w:rsidRPr="008B048C">
        <w:rPr>
          <w:rFonts w:cs="B Nazanin"/>
          <w:color w:val="666666"/>
          <w:sz w:val="18"/>
          <w:rtl/>
        </w:rPr>
        <w:t xml:space="preserve"> و ارز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 w:hint="eastAsia"/>
          <w:color w:val="666666"/>
          <w:sz w:val="18"/>
          <w:rtl/>
        </w:rPr>
        <w:t>اب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/>
          <w:color w:val="666666"/>
          <w:sz w:val="18"/>
          <w:rtl/>
        </w:rPr>
        <w:t xml:space="preserve"> تخصص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/>
          <w:color w:val="666666"/>
          <w:sz w:val="18"/>
          <w:rtl/>
        </w:rPr>
        <w:t xml:space="preserve"> پ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 w:hint="eastAsia"/>
          <w:color w:val="666666"/>
          <w:sz w:val="18"/>
          <w:rtl/>
        </w:rPr>
        <w:t>شنهاد</w:t>
      </w:r>
      <w:r w:rsidRPr="008B048C">
        <w:rPr>
          <w:rFonts w:cs="B Nazanin"/>
          <w:color w:val="666666"/>
          <w:sz w:val="18"/>
          <w:rtl/>
        </w:rPr>
        <w:t xml:space="preserve"> مورد استفاده قرار م</w:t>
      </w:r>
      <w:r w:rsidRPr="008B048C">
        <w:rPr>
          <w:rFonts w:cs="B Nazanin" w:hint="cs"/>
          <w:color w:val="666666"/>
          <w:sz w:val="18"/>
          <w:rtl/>
        </w:rPr>
        <w:t>ی‌</w:t>
      </w:r>
      <w:r w:rsidRPr="008B048C">
        <w:rPr>
          <w:rFonts w:cs="B Nazanin" w:hint="eastAsia"/>
          <w:color w:val="666666"/>
          <w:sz w:val="18"/>
          <w:rtl/>
        </w:rPr>
        <w:t>گ</w:t>
      </w:r>
      <w:r w:rsidRPr="008B048C">
        <w:rPr>
          <w:rFonts w:cs="B Nazanin" w:hint="cs"/>
          <w:color w:val="666666"/>
          <w:sz w:val="18"/>
          <w:rtl/>
        </w:rPr>
        <w:t>ی</w:t>
      </w:r>
      <w:r w:rsidRPr="008B048C">
        <w:rPr>
          <w:rFonts w:cs="B Nazanin" w:hint="eastAsia"/>
          <w:color w:val="666666"/>
          <w:sz w:val="18"/>
          <w:rtl/>
        </w:rPr>
        <w:t>ر</w:t>
      </w:r>
      <w:r>
        <w:rPr>
          <w:rFonts w:cs="B Nazanin" w:hint="cs"/>
          <w:color w:val="666666"/>
          <w:sz w:val="18"/>
          <w:rtl/>
        </w:rPr>
        <w:t>د.</w:t>
      </w:r>
      <w:r w:rsidR="00C4692E" w:rsidRPr="003824FD">
        <w:rPr>
          <w:rFonts w:cs="B Nazanin"/>
        </w:rPr>
        <w:br w:type="page"/>
      </w:r>
    </w:p>
    <w:p w14:paraId="0D3CF579" w14:textId="77A61142" w:rsidR="008300C2" w:rsidRPr="008B048C" w:rsidRDefault="008B048C" w:rsidP="003824FD">
      <w:pPr>
        <w:pBdr>
          <w:bottom w:val="single" w:sz="10" w:space="3" w:color="C00000"/>
        </w:pBdr>
        <w:spacing w:after="0"/>
        <w:jc w:val="right"/>
        <w:rPr>
          <w:rFonts w:cs="2  Titr"/>
          <w:color w:val="006666"/>
          <w:sz w:val="28"/>
          <w:szCs w:val="32"/>
        </w:rPr>
      </w:pPr>
      <w:r w:rsidRPr="008B048C">
        <w:rPr>
          <w:rFonts w:ascii="B Titr" w:eastAsia="B Titr" w:hAnsi="B Titr" w:cs="2  Titr"/>
          <w:b/>
          <w:color w:val="006666"/>
          <w:sz w:val="40"/>
          <w:szCs w:val="32"/>
          <w:rtl/>
        </w:rPr>
        <w:lastRenderedPageBreak/>
        <w:t xml:space="preserve">بخش </w:t>
      </w:r>
      <w:r w:rsidRPr="008B048C">
        <w:rPr>
          <w:rFonts w:ascii="B Titr" w:eastAsia="B Titr" w:hAnsi="B Titr" w:cs="2  Titr"/>
          <w:b/>
          <w:color w:val="006666"/>
          <w:sz w:val="40"/>
          <w:szCs w:val="32"/>
          <w:rtl/>
          <w:lang w:bidi="fa-IR"/>
        </w:rPr>
        <w:t>۱</w:t>
      </w:r>
      <w:r w:rsidRPr="008B048C">
        <w:rPr>
          <w:rFonts w:ascii="B Titr" w:eastAsia="B Titr" w:hAnsi="B Titr" w:cs="2  Titr"/>
          <w:b/>
          <w:color w:val="006666"/>
          <w:sz w:val="40"/>
          <w:szCs w:val="32"/>
          <w:rtl/>
        </w:rPr>
        <w:t xml:space="preserve"> ـ اطلاعات عموم</w:t>
      </w:r>
      <w:r w:rsidRPr="008B048C">
        <w:rPr>
          <w:rFonts w:ascii="B Titr" w:eastAsia="B Titr" w:hAnsi="B Titr" w:cs="2  Titr" w:hint="cs"/>
          <w:b/>
          <w:color w:val="006666"/>
          <w:sz w:val="40"/>
          <w:szCs w:val="32"/>
          <w:rtl/>
        </w:rPr>
        <w:t>ی</w:t>
      </w:r>
      <w:r w:rsidRPr="008B048C">
        <w:rPr>
          <w:rFonts w:ascii="B Titr" w:eastAsia="B Titr" w:hAnsi="B Titr" w:cs="2  Titr"/>
          <w:b/>
          <w:color w:val="006666"/>
          <w:sz w:val="40"/>
          <w:szCs w:val="32"/>
          <w:rtl/>
        </w:rPr>
        <w:t xml:space="preserve"> شرکت/ ت</w:t>
      </w:r>
      <w:r w:rsidRPr="008B048C">
        <w:rPr>
          <w:rFonts w:ascii="B Titr" w:eastAsia="B Titr" w:hAnsi="B Titr" w:cs="2  Titr" w:hint="cs"/>
          <w:b/>
          <w:color w:val="006666"/>
          <w:sz w:val="40"/>
          <w:szCs w:val="32"/>
          <w:rtl/>
        </w:rPr>
        <w:t>ی</w:t>
      </w:r>
      <w:r w:rsidRPr="008B048C">
        <w:rPr>
          <w:rFonts w:ascii="B Titr" w:eastAsia="B Titr" w:hAnsi="B Titr" w:cs="2  Titr" w:hint="eastAsia"/>
          <w:b/>
          <w:color w:val="006666"/>
          <w:sz w:val="40"/>
          <w:szCs w:val="32"/>
          <w:rtl/>
        </w:rPr>
        <w:t>م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6651"/>
        <w:gridCol w:w="3690"/>
      </w:tblGrid>
      <w:tr w:rsidR="008B048C" w:rsidRPr="003824FD" w14:paraId="50EF641E" w14:textId="6125EF64" w:rsidTr="00F30A43">
        <w:trPr>
          <w:jc w:val="center"/>
        </w:trPr>
        <w:tc>
          <w:tcPr>
            <w:tcW w:w="6651" w:type="dxa"/>
            <w:shd w:val="clear" w:color="auto" w:fill="F2F5F8"/>
          </w:tcPr>
          <w:p w14:paraId="3B6C9DD2" w14:textId="1977598C" w:rsidR="008B048C" w:rsidRPr="003824FD" w:rsidRDefault="008B048C" w:rsidP="008B048C">
            <w:pPr>
              <w:spacing w:after="0"/>
              <w:jc w:val="right"/>
              <w:rPr>
                <w:rFonts w:cs="B Nazanin"/>
              </w:rPr>
            </w:pPr>
            <w:r w:rsidRPr="00B419F3">
              <w:t>..............................</w:t>
            </w:r>
          </w:p>
        </w:tc>
        <w:tc>
          <w:tcPr>
            <w:tcW w:w="3690" w:type="dxa"/>
            <w:shd w:val="clear" w:color="auto" w:fill="F2F5F8"/>
          </w:tcPr>
          <w:p w14:paraId="075DA6B3" w14:textId="4AFC3432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  <w:rtl/>
              </w:rPr>
            </w:pPr>
            <w:r w:rsidRPr="008B048C">
              <w:rPr>
                <w:rFonts w:cs="B Nazanin"/>
                <w:b/>
                <w:bCs/>
                <w:color w:val="006666"/>
                <w:rtl/>
              </w:rPr>
              <w:t>نام کامل شرکت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/ تیم</w:t>
            </w:r>
          </w:p>
        </w:tc>
      </w:tr>
      <w:tr w:rsidR="008B048C" w:rsidRPr="003824FD" w14:paraId="1E046394" w14:textId="2ED0CC90" w:rsidTr="00F30A43">
        <w:trPr>
          <w:jc w:val="center"/>
        </w:trPr>
        <w:tc>
          <w:tcPr>
            <w:tcW w:w="6651" w:type="dxa"/>
          </w:tcPr>
          <w:p w14:paraId="6BAB19A9" w14:textId="7CD25B07" w:rsidR="008B048C" w:rsidRPr="003824FD" w:rsidRDefault="008B048C" w:rsidP="008B048C">
            <w:pPr>
              <w:spacing w:after="0"/>
              <w:jc w:val="right"/>
              <w:rPr>
                <w:rFonts w:cs="B Nazanin"/>
              </w:rPr>
            </w:pPr>
            <w:r w:rsidRPr="00B419F3">
              <w:t>..............................</w:t>
            </w:r>
          </w:p>
        </w:tc>
        <w:tc>
          <w:tcPr>
            <w:tcW w:w="3690" w:type="dxa"/>
          </w:tcPr>
          <w:p w14:paraId="1B44783F" w14:textId="2B0EB17F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/>
                <w:b/>
                <w:bCs/>
                <w:color w:val="006666"/>
                <w:rtl/>
              </w:rPr>
              <w:t>شناسه مل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/ شماره ثبت</w:t>
            </w:r>
          </w:p>
        </w:tc>
      </w:tr>
      <w:tr w:rsidR="008B048C" w:rsidRPr="003824FD" w14:paraId="631CD100" w14:textId="2CC5CAC0" w:rsidTr="00F30A43">
        <w:trPr>
          <w:jc w:val="center"/>
        </w:trPr>
        <w:tc>
          <w:tcPr>
            <w:tcW w:w="6651" w:type="dxa"/>
            <w:shd w:val="clear" w:color="auto" w:fill="F2F5F8"/>
          </w:tcPr>
          <w:p w14:paraId="533CEB54" w14:textId="34D7E900" w:rsidR="008B048C" w:rsidRPr="003824FD" w:rsidRDefault="008B048C" w:rsidP="008B048C">
            <w:pPr>
              <w:spacing w:after="0"/>
              <w:jc w:val="right"/>
              <w:rPr>
                <w:rFonts w:cs="B Nazanin"/>
              </w:rPr>
            </w:pPr>
            <w:r w:rsidRPr="00B419F3">
              <w:t>..............................</w:t>
            </w:r>
          </w:p>
        </w:tc>
        <w:tc>
          <w:tcPr>
            <w:tcW w:w="3690" w:type="dxa"/>
            <w:shd w:val="clear" w:color="auto" w:fill="F2F5F8"/>
          </w:tcPr>
          <w:p w14:paraId="3AFFF4A1" w14:textId="6DBC157F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سال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تأس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س</w:t>
            </w:r>
          </w:p>
        </w:tc>
      </w:tr>
      <w:tr w:rsidR="008B048C" w:rsidRPr="003824FD" w14:paraId="3C4C44D7" w14:textId="085885E8" w:rsidTr="008B048C">
        <w:trPr>
          <w:jc w:val="center"/>
        </w:trPr>
        <w:tc>
          <w:tcPr>
            <w:tcW w:w="6651" w:type="dxa"/>
          </w:tcPr>
          <w:p w14:paraId="627BA3EA" w14:textId="781D67F2" w:rsidR="008B048C" w:rsidRPr="008B048C" w:rsidRDefault="008B048C" w:rsidP="008B048C">
            <w:pPr>
              <w:bidi/>
              <w:spacing w:after="0"/>
              <w:rPr>
                <w:rFonts w:cs="B Nazanin"/>
              </w:rPr>
            </w:pPr>
            <w:r w:rsidRPr="008B048C">
              <w:rPr>
                <w:rFonts w:ascii="Times New Roman" w:hAnsi="Times New Roman" w:cs="B Nazanin" w:hint="cs"/>
                <w:rtl/>
              </w:rPr>
              <w:t>شرکت</w:t>
            </w:r>
            <w:r w:rsidRPr="008B048C">
              <w:rPr>
                <w:rFonts w:cs="B Nazanin"/>
                <w:rtl/>
              </w:rPr>
              <w:t xml:space="preserve"> </w:t>
            </w:r>
            <w:r w:rsidRPr="008B048C">
              <w:rPr>
                <w:rFonts w:ascii="Times New Roman" w:hAnsi="Times New Roman" w:cs="B Nazanin" w:hint="cs"/>
                <w:rtl/>
              </w:rPr>
              <w:t>دانش‌بنیان</w:t>
            </w:r>
            <w:r w:rsidR="0030053D" w:rsidRPr="008B048C">
              <w:rPr>
                <w:rFonts w:ascii="Arial" w:hAnsi="Arial" w:cs="B Nazanin"/>
              </w:rPr>
              <w:t>□</w:t>
            </w:r>
            <w:r w:rsidRPr="008B048C">
              <w:rPr>
                <w:rFonts w:cs="B Nazanin"/>
                <w:rtl/>
              </w:rPr>
              <w:t xml:space="preserve">   </w:t>
            </w:r>
            <w:r w:rsidRPr="008B048C">
              <w:rPr>
                <w:rFonts w:ascii="Times New Roman" w:hAnsi="Times New Roman" w:cs="B Nazanin" w:hint="cs"/>
                <w:rtl/>
              </w:rPr>
              <w:t>شرکت</w:t>
            </w:r>
            <w:r w:rsidRPr="008B048C">
              <w:rPr>
                <w:rFonts w:cs="B Nazanin"/>
                <w:rtl/>
              </w:rPr>
              <w:t xml:space="preserve"> </w:t>
            </w:r>
            <w:r w:rsidRPr="008B048C">
              <w:rPr>
                <w:rFonts w:ascii="Times New Roman" w:hAnsi="Times New Roman" w:cs="B Nazanin" w:hint="cs"/>
                <w:rtl/>
              </w:rPr>
              <w:t>فناور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Pr="008B048C">
              <w:rPr>
                <w:rFonts w:cs="B Nazanin"/>
                <w:rtl/>
              </w:rPr>
              <w:t xml:space="preserve">  </w:t>
            </w:r>
            <w:r w:rsidRPr="008B048C">
              <w:rPr>
                <w:rFonts w:ascii="Times New Roman" w:hAnsi="Times New Roman" w:cs="B Nazanin" w:hint="cs"/>
                <w:rtl/>
              </w:rPr>
              <w:t>استارتاپ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="0030053D" w:rsidRPr="008B048C">
              <w:rPr>
                <w:rFonts w:cs="B Nazanin"/>
                <w:rtl/>
              </w:rPr>
              <w:t xml:space="preserve"> </w:t>
            </w:r>
            <w:r w:rsidRPr="008B048C">
              <w:rPr>
                <w:rFonts w:cs="B Nazanin"/>
                <w:rtl/>
              </w:rPr>
              <w:t xml:space="preserve">   </w:t>
            </w:r>
            <w:r w:rsidRPr="008B048C">
              <w:rPr>
                <w:rFonts w:ascii="Times New Roman" w:hAnsi="Times New Roman" w:cs="B Nazanin" w:hint="cs"/>
                <w:rtl/>
              </w:rPr>
              <w:t>شرکت</w:t>
            </w:r>
            <w:r w:rsidRPr="008B048C">
              <w:rPr>
                <w:rFonts w:cs="B Nazanin"/>
                <w:rtl/>
              </w:rPr>
              <w:t xml:space="preserve"> </w:t>
            </w:r>
            <w:r w:rsidRPr="008B048C">
              <w:rPr>
                <w:rFonts w:ascii="Times New Roman" w:hAnsi="Times New Roman" w:cs="B Nazanin" w:hint="cs"/>
                <w:rtl/>
              </w:rPr>
              <w:t>مهندسی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Pr="008B048C">
              <w:rPr>
                <w:rFonts w:cs="B Nazanin"/>
                <w:rtl/>
              </w:rPr>
              <w:t xml:space="preserve">   </w:t>
            </w:r>
            <w:r w:rsidRPr="008B048C">
              <w:rPr>
                <w:rFonts w:ascii="Times New Roman" w:hAnsi="Times New Roman" w:cs="B Nazanin" w:hint="cs"/>
                <w:rtl/>
              </w:rPr>
              <w:t>تیم</w:t>
            </w:r>
            <w:r w:rsidRPr="008B048C">
              <w:rPr>
                <w:rFonts w:cs="B Nazanin"/>
                <w:rtl/>
              </w:rPr>
              <w:t xml:space="preserve"> </w:t>
            </w:r>
            <w:r w:rsidRPr="008B048C">
              <w:rPr>
                <w:rFonts w:ascii="Times New Roman" w:hAnsi="Times New Roman" w:cs="B Nazanin" w:hint="cs"/>
                <w:rtl/>
              </w:rPr>
              <w:t>فناور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Pr="008B048C">
              <w:rPr>
                <w:rFonts w:cs="B Nazanin"/>
                <w:rtl/>
              </w:rPr>
              <w:t xml:space="preserve">   </w:t>
            </w:r>
            <w:r w:rsidRPr="008B048C">
              <w:rPr>
                <w:rFonts w:ascii="Times New Roman" w:hAnsi="Times New Roman" w:cs="B Nazanin" w:hint="cs"/>
                <w:rtl/>
              </w:rPr>
              <w:t>سایر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</w:p>
        </w:tc>
        <w:tc>
          <w:tcPr>
            <w:tcW w:w="3690" w:type="dxa"/>
            <w:vAlign w:val="center"/>
          </w:tcPr>
          <w:p w14:paraId="4715B859" w14:textId="6391AA76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نوع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مجموعه</w:t>
            </w:r>
          </w:p>
        </w:tc>
      </w:tr>
      <w:tr w:rsidR="008B048C" w:rsidRPr="003824FD" w14:paraId="142CBB89" w14:textId="274E0879" w:rsidTr="006E6E51">
        <w:trPr>
          <w:jc w:val="center"/>
        </w:trPr>
        <w:tc>
          <w:tcPr>
            <w:tcW w:w="6651" w:type="dxa"/>
            <w:shd w:val="clear" w:color="auto" w:fill="F2F5F8"/>
          </w:tcPr>
          <w:p w14:paraId="0AF28032" w14:textId="77B1925F" w:rsidR="008B048C" w:rsidRPr="008B048C" w:rsidRDefault="008B048C" w:rsidP="008B048C">
            <w:pPr>
              <w:bidi/>
              <w:spacing w:after="0"/>
              <w:rPr>
                <w:rFonts w:asciiTheme="minorHAnsi" w:hAnsiTheme="minorHAnsi" w:cs="B Nazanin"/>
                <w:rtl/>
                <w:lang w:bidi="fa-IR"/>
              </w:rPr>
            </w:pPr>
            <w:r w:rsidRPr="008B048C">
              <w:rPr>
                <w:rFonts w:asciiTheme="minorHAnsi" w:hAnsiTheme="minorHAnsi" w:cs="B Nazanin"/>
                <w:rtl/>
              </w:rPr>
              <w:t>نوپا</w:t>
            </w:r>
            <w:r w:rsidR="0030053D" w:rsidRPr="008B048C">
              <w:rPr>
                <w:rFonts w:asciiTheme="minorHAnsi" w:hAnsiTheme="minorHAnsi" w:cs="B Nazanin"/>
              </w:rPr>
              <w:t>□</w:t>
            </w:r>
            <w:r w:rsidRPr="008B048C">
              <w:rPr>
                <w:rFonts w:asciiTheme="minorHAnsi" w:hAnsiTheme="minorHAnsi" w:cs="B Nazanin"/>
                <w:rtl/>
              </w:rPr>
              <w:t xml:space="preserve">   </w:t>
            </w:r>
            <w:r w:rsidRPr="008B048C">
              <w:rPr>
                <w:rFonts w:asciiTheme="minorHAnsi" w:hAnsiTheme="minorHAnsi" w:cs="B Nazanin" w:hint="cs"/>
                <w:rtl/>
              </w:rPr>
              <w:t>نوآور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Pr="008B048C">
              <w:rPr>
                <w:rFonts w:asciiTheme="minorHAnsi" w:hAnsiTheme="minorHAnsi" w:cs="B Nazanin"/>
                <w:rtl/>
              </w:rPr>
              <w:t xml:space="preserve">   </w:t>
            </w:r>
            <w:r w:rsidRPr="008B048C">
              <w:rPr>
                <w:rFonts w:asciiTheme="minorHAnsi" w:hAnsiTheme="minorHAnsi" w:cs="B Nazanin" w:hint="cs"/>
                <w:rtl/>
              </w:rPr>
              <w:t>فناور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Pr="008B048C">
              <w:rPr>
                <w:rFonts w:asciiTheme="minorHAnsi" w:hAnsiTheme="minorHAnsi" w:cs="B Nazanin"/>
                <w:rtl/>
              </w:rPr>
              <w:t xml:space="preserve">   </w:t>
            </w:r>
            <w:r w:rsidRPr="008B048C">
              <w:rPr>
                <w:rFonts w:asciiTheme="minorHAnsi" w:hAnsiTheme="minorHAnsi" w:cs="B Nazanin" w:hint="cs"/>
                <w:rtl/>
              </w:rPr>
              <w:t>در</w:t>
            </w:r>
            <w:r w:rsidRPr="008B048C">
              <w:rPr>
                <w:rFonts w:asciiTheme="minorHAnsi" w:hAnsiTheme="minorHAnsi" w:cs="B Nazanin"/>
                <w:rtl/>
              </w:rPr>
              <w:t xml:space="preserve"> </w:t>
            </w:r>
            <w:r w:rsidRPr="008B048C">
              <w:rPr>
                <w:rFonts w:asciiTheme="minorHAnsi" w:hAnsiTheme="minorHAnsi" w:cs="B Nazanin" w:hint="cs"/>
                <w:rtl/>
              </w:rPr>
              <w:t>حال</w:t>
            </w:r>
            <w:r w:rsidRPr="008B048C">
              <w:rPr>
                <w:rFonts w:asciiTheme="minorHAnsi" w:hAnsiTheme="minorHAnsi" w:cs="B Nazanin"/>
                <w:rtl/>
              </w:rPr>
              <w:t xml:space="preserve"> </w:t>
            </w:r>
            <w:r w:rsidRPr="008B048C">
              <w:rPr>
                <w:rFonts w:asciiTheme="minorHAnsi" w:hAnsiTheme="minorHAnsi" w:cs="B Nazanin" w:hint="cs"/>
                <w:rtl/>
              </w:rPr>
              <w:t>ارزی</w:t>
            </w:r>
            <w:r w:rsidRPr="008B048C">
              <w:rPr>
                <w:rFonts w:asciiTheme="minorHAnsi" w:hAnsiTheme="minorHAnsi" w:cs="B Nazanin" w:hint="eastAsia"/>
                <w:rtl/>
              </w:rPr>
              <w:t>اب</w:t>
            </w:r>
            <w:r w:rsidRPr="008B048C">
              <w:rPr>
                <w:rFonts w:asciiTheme="minorHAnsi" w:hAnsiTheme="minorHAnsi" w:cs="B Nazanin" w:hint="cs"/>
                <w:rtl/>
              </w:rPr>
              <w:t>ی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  <w:r w:rsidRPr="008B048C">
              <w:rPr>
                <w:rFonts w:asciiTheme="minorHAnsi" w:hAnsiTheme="minorHAnsi" w:cs="B Nazanin"/>
                <w:rtl/>
              </w:rPr>
              <w:t xml:space="preserve">   </w:t>
            </w:r>
            <w:r w:rsidRPr="008B048C">
              <w:rPr>
                <w:rFonts w:asciiTheme="minorHAnsi" w:hAnsiTheme="minorHAnsi" w:cs="B Nazanin" w:hint="cs"/>
                <w:rtl/>
              </w:rPr>
              <w:t>فاقد</w:t>
            </w:r>
            <w:r w:rsidRPr="008B048C">
              <w:rPr>
                <w:rFonts w:asciiTheme="minorHAnsi" w:hAnsiTheme="minorHAnsi" w:cs="B Nazanin"/>
                <w:rtl/>
              </w:rPr>
              <w:t xml:space="preserve"> </w:t>
            </w:r>
            <w:r w:rsidRPr="008B048C">
              <w:rPr>
                <w:rFonts w:asciiTheme="minorHAnsi" w:hAnsiTheme="minorHAnsi" w:cs="B Nazanin" w:hint="cs"/>
                <w:rtl/>
              </w:rPr>
              <w:t>ای</w:t>
            </w:r>
            <w:r w:rsidRPr="008B048C">
              <w:rPr>
                <w:rFonts w:asciiTheme="minorHAnsi" w:hAnsiTheme="minorHAnsi" w:cs="B Nazanin" w:hint="eastAsia"/>
                <w:rtl/>
              </w:rPr>
              <w:t>ن</w:t>
            </w:r>
            <w:r w:rsidRPr="008B048C">
              <w:rPr>
                <w:rFonts w:asciiTheme="minorHAnsi" w:hAnsiTheme="minorHAnsi" w:cs="B Nazanin"/>
                <w:rtl/>
              </w:rPr>
              <w:t xml:space="preserve"> عنوان</w:t>
            </w:r>
            <w:r w:rsidR="0030053D" w:rsidRPr="008B048C">
              <w:rPr>
                <w:rFonts w:ascii="Arial" w:hAnsi="Arial" w:cs="Arial" w:hint="cs"/>
                <w:rtl/>
              </w:rPr>
              <w:t>□</w:t>
            </w:r>
          </w:p>
        </w:tc>
        <w:tc>
          <w:tcPr>
            <w:tcW w:w="3690" w:type="dxa"/>
            <w:shd w:val="clear" w:color="auto" w:fill="F2F5F8"/>
          </w:tcPr>
          <w:p w14:paraId="77A7D123" w14:textId="66455E7C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وضع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ت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دانش‌بن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ان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</w:p>
        </w:tc>
      </w:tr>
      <w:tr w:rsidR="00B62F43" w:rsidRPr="003824FD" w14:paraId="735A2E91" w14:textId="7C0F1AFB" w:rsidTr="00B62F43">
        <w:trPr>
          <w:jc w:val="center"/>
        </w:trPr>
        <w:tc>
          <w:tcPr>
            <w:tcW w:w="6651" w:type="dxa"/>
            <w:vAlign w:val="center"/>
          </w:tcPr>
          <w:p w14:paraId="45BCB435" w14:textId="77C70F48" w:rsidR="00B62F43" w:rsidRPr="003824FD" w:rsidRDefault="008B048C" w:rsidP="00B62F43">
            <w:pPr>
              <w:spacing w:after="0"/>
              <w:jc w:val="right"/>
              <w:rPr>
                <w:rFonts w:cs="B Nazanin"/>
              </w:rPr>
            </w:pPr>
            <w:r w:rsidRPr="008B048C">
              <w:rPr>
                <w:rFonts w:cs="B Nazanin"/>
                <w:color w:val="666666"/>
                <w:sz w:val="18"/>
              </w:rPr>
              <w:t>..............................</w:t>
            </w:r>
          </w:p>
        </w:tc>
        <w:tc>
          <w:tcPr>
            <w:tcW w:w="3690" w:type="dxa"/>
          </w:tcPr>
          <w:p w14:paraId="6A8B0558" w14:textId="0E46B149" w:rsidR="00B62F43" w:rsidRPr="008B048C" w:rsidRDefault="00B62F43" w:rsidP="00B62F4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حوزه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اصل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فعال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ت</w:t>
            </w:r>
          </w:p>
        </w:tc>
      </w:tr>
      <w:tr w:rsidR="00B62F43" w:rsidRPr="003824FD" w14:paraId="656F9585" w14:textId="7258EC0A" w:rsidTr="00B62F43">
        <w:trPr>
          <w:jc w:val="center"/>
        </w:trPr>
        <w:tc>
          <w:tcPr>
            <w:tcW w:w="6651" w:type="dxa"/>
            <w:shd w:val="clear" w:color="auto" w:fill="F2F5F8"/>
            <w:vAlign w:val="center"/>
          </w:tcPr>
          <w:p w14:paraId="13635990" w14:textId="2CF4B9D2" w:rsidR="00B62F43" w:rsidRPr="003824FD" w:rsidRDefault="0030053D" w:rsidP="00EE2603">
            <w:pPr>
              <w:bidi/>
              <w:spacing w:after="0"/>
              <w:rPr>
                <w:rFonts w:cs="B Nazanin"/>
              </w:rPr>
            </w:pPr>
            <w:r w:rsidRPr="0030053D">
              <w:rPr>
                <w:rFonts w:cs="B Nazanin"/>
                <w:color w:val="666666"/>
                <w:sz w:val="18"/>
                <w:rtl/>
              </w:rPr>
              <w:t>........ نفر</w:t>
            </w:r>
          </w:p>
        </w:tc>
        <w:tc>
          <w:tcPr>
            <w:tcW w:w="3690" w:type="dxa"/>
            <w:shd w:val="clear" w:color="auto" w:fill="F2F5F8"/>
          </w:tcPr>
          <w:p w14:paraId="58642B20" w14:textId="490C091F" w:rsidR="00B62F43" w:rsidRPr="008B048C" w:rsidRDefault="00B62F43" w:rsidP="00B62F4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تعداد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کارکنان</w:t>
            </w:r>
          </w:p>
        </w:tc>
      </w:tr>
      <w:tr w:rsidR="00B62F43" w:rsidRPr="003824FD" w14:paraId="766CB7E0" w14:textId="15D74F42" w:rsidTr="00B62F43">
        <w:trPr>
          <w:jc w:val="center"/>
        </w:trPr>
        <w:tc>
          <w:tcPr>
            <w:tcW w:w="6651" w:type="dxa"/>
            <w:vAlign w:val="center"/>
          </w:tcPr>
          <w:p w14:paraId="053FAA16" w14:textId="45983738" w:rsidR="00B62F43" w:rsidRPr="003824FD" w:rsidRDefault="0030053D" w:rsidP="00EE2603">
            <w:pPr>
              <w:bidi/>
              <w:spacing w:after="0"/>
              <w:rPr>
                <w:rFonts w:cs="B Nazanin"/>
              </w:rPr>
            </w:pPr>
            <w:r w:rsidRPr="0030053D">
              <w:rPr>
                <w:rFonts w:cs="B Nazanin"/>
                <w:color w:val="666666"/>
                <w:sz w:val="18"/>
                <w:rtl/>
              </w:rPr>
              <w:t>........ نفر</w:t>
            </w:r>
          </w:p>
        </w:tc>
        <w:tc>
          <w:tcPr>
            <w:tcW w:w="3690" w:type="dxa"/>
          </w:tcPr>
          <w:p w14:paraId="00084849" w14:textId="6DC6CEAA" w:rsidR="00B62F43" w:rsidRPr="008B048C" w:rsidRDefault="00B62F43" w:rsidP="00B62F4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تعداد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ن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رو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تخصص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</w:p>
        </w:tc>
      </w:tr>
      <w:tr w:rsidR="00B62F43" w:rsidRPr="006572A5" w14:paraId="0D3868BC" w14:textId="58C9B990" w:rsidTr="00B62F43">
        <w:trPr>
          <w:jc w:val="center"/>
        </w:trPr>
        <w:tc>
          <w:tcPr>
            <w:tcW w:w="6651" w:type="dxa"/>
            <w:shd w:val="clear" w:color="auto" w:fill="F2F5F8"/>
            <w:vAlign w:val="center"/>
          </w:tcPr>
          <w:p w14:paraId="29611A3D" w14:textId="77777777" w:rsidR="00B62F43" w:rsidRPr="003824FD" w:rsidRDefault="00B62F43" w:rsidP="00B62F4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690" w:type="dxa"/>
            <w:shd w:val="clear" w:color="auto" w:fill="F2F5F8"/>
          </w:tcPr>
          <w:p w14:paraId="4DE0A720" w14:textId="7EF338E1" w:rsidR="00B62F43" w:rsidRPr="008B048C" w:rsidRDefault="00B62F43" w:rsidP="00B62F4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  <w:rtl/>
                <w:lang w:bidi="fa-IR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وب‌سا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ت</w:t>
            </w:r>
          </w:p>
        </w:tc>
      </w:tr>
      <w:tr w:rsidR="00B62F43" w:rsidRPr="003824FD" w14:paraId="3FDD07EF" w14:textId="3E78479F" w:rsidTr="00B62F43">
        <w:trPr>
          <w:jc w:val="center"/>
        </w:trPr>
        <w:tc>
          <w:tcPr>
            <w:tcW w:w="6651" w:type="dxa"/>
            <w:vAlign w:val="center"/>
          </w:tcPr>
          <w:p w14:paraId="29265D7B" w14:textId="77777777" w:rsidR="00B62F43" w:rsidRPr="003824FD" w:rsidRDefault="00B62F43" w:rsidP="00B62F4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690" w:type="dxa"/>
          </w:tcPr>
          <w:p w14:paraId="2760862A" w14:textId="53DA09F2" w:rsidR="00B62F43" w:rsidRPr="008B048C" w:rsidRDefault="00B62F43" w:rsidP="00B62F4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نشان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دفتر</w:t>
            </w:r>
          </w:p>
        </w:tc>
      </w:tr>
    </w:tbl>
    <w:p w14:paraId="1D8623E8" w14:textId="207AAB35" w:rsidR="008300C2" w:rsidRPr="008B048C" w:rsidRDefault="008B048C">
      <w:pPr>
        <w:pBdr>
          <w:bottom w:val="single" w:sz="10" w:space="3" w:color="C00000"/>
        </w:pBdr>
        <w:spacing w:before="120" w:after="100"/>
        <w:jc w:val="right"/>
        <w:rPr>
          <w:rFonts w:ascii="B Titr" w:eastAsia="B Titr" w:hAnsi="B Titr" w:cs="2  Titr"/>
          <w:bCs/>
          <w:color w:val="006666"/>
          <w:sz w:val="48"/>
          <w:szCs w:val="40"/>
        </w:rPr>
      </w:pPr>
      <w:r w:rsidRPr="008B048C">
        <w:rPr>
          <w:rFonts w:ascii="B Titr" w:eastAsia="B Titr" w:hAnsi="B Titr" w:cs="2  Titr"/>
          <w:bCs/>
          <w:color w:val="006666"/>
          <w:sz w:val="36"/>
          <w:szCs w:val="28"/>
          <w:rtl/>
        </w:rPr>
        <w:t>اطلاعات نما</w:t>
      </w:r>
      <w:r w:rsidRPr="008B048C">
        <w:rPr>
          <w:rFonts w:ascii="B Titr" w:eastAsia="B Titr" w:hAnsi="B Titr" w:cs="2  Titr" w:hint="cs"/>
          <w:bCs/>
          <w:color w:val="006666"/>
          <w:sz w:val="36"/>
          <w:szCs w:val="28"/>
          <w:rtl/>
        </w:rPr>
        <w:t>ی</w:t>
      </w:r>
      <w:r w:rsidRPr="008B048C">
        <w:rPr>
          <w:rFonts w:ascii="B Titr" w:eastAsia="B Titr" w:hAnsi="B Titr" w:cs="2  Titr" w:hint="eastAsia"/>
          <w:bCs/>
          <w:color w:val="006666"/>
          <w:sz w:val="36"/>
          <w:szCs w:val="28"/>
          <w:rtl/>
        </w:rPr>
        <w:t>نده</w:t>
      </w:r>
      <w:r w:rsidRPr="008B048C">
        <w:rPr>
          <w:rFonts w:ascii="B Titr" w:eastAsia="B Titr" w:hAnsi="B Titr" w:cs="2  Titr"/>
          <w:bCs/>
          <w:color w:val="006666"/>
          <w:sz w:val="36"/>
          <w:szCs w:val="28"/>
          <w:rtl/>
        </w:rPr>
        <w:t xml:space="preserve"> شرکت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7259"/>
        <w:gridCol w:w="3062"/>
      </w:tblGrid>
      <w:tr w:rsidR="00B62F43" w:rsidRPr="003824FD" w14:paraId="6930D7DD" w14:textId="1B4E9917" w:rsidTr="00B62F43">
        <w:trPr>
          <w:jc w:val="center"/>
        </w:trPr>
        <w:tc>
          <w:tcPr>
            <w:tcW w:w="7259" w:type="dxa"/>
            <w:shd w:val="clear" w:color="auto" w:fill="F2F5F8"/>
            <w:vAlign w:val="center"/>
          </w:tcPr>
          <w:p w14:paraId="5E792943" w14:textId="77777777" w:rsidR="00B62F43" w:rsidRPr="003824FD" w:rsidRDefault="00B62F43" w:rsidP="00B62F4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62" w:type="dxa"/>
            <w:shd w:val="clear" w:color="auto" w:fill="F2F5F8"/>
          </w:tcPr>
          <w:p w14:paraId="3153CCF7" w14:textId="374A99EE" w:rsidR="00B62F43" w:rsidRPr="008B048C" w:rsidRDefault="00B62F43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/>
                <w:b/>
                <w:bCs/>
                <w:color w:val="006666"/>
                <w:rtl/>
              </w:rPr>
              <w:t>نام و نام خانوادگ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</w:p>
        </w:tc>
      </w:tr>
      <w:tr w:rsidR="00B62F43" w:rsidRPr="003824FD" w14:paraId="00A4813F" w14:textId="76EAEFC0" w:rsidTr="00B62F43">
        <w:trPr>
          <w:jc w:val="center"/>
        </w:trPr>
        <w:tc>
          <w:tcPr>
            <w:tcW w:w="7259" w:type="dxa"/>
            <w:vAlign w:val="center"/>
          </w:tcPr>
          <w:p w14:paraId="5EE48A8F" w14:textId="77777777" w:rsidR="00B62F43" w:rsidRPr="003824FD" w:rsidRDefault="00B62F43" w:rsidP="00B62F4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62" w:type="dxa"/>
          </w:tcPr>
          <w:p w14:paraId="2DFC98A7" w14:textId="44001747" w:rsidR="00B62F43" w:rsidRPr="008B048C" w:rsidRDefault="00B62F43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سمت</w:t>
            </w:r>
          </w:p>
        </w:tc>
      </w:tr>
      <w:tr w:rsidR="00B62F43" w:rsidRPr="003824FD" w14:paraId="7DD53779" w14:textId="4E791AE7" w:rsidTr="00B62F43">
        <w:trPr>
          <w:jc w:val="center"/>
        </w:trPr>
        <w:tc>
          <w:tcPr>
            <w:tcW w:w="7259" w:type="dxa"/>
            <w:shd w:val="clear" w:color="auto" w:fill="F2F5F8"/>
            <w:vAlign w:val="center"/>
          </w:tcPr>
          <w:p w14:paraId="6CD33640" w14:textId="77777777" w:rsidR="00B62F43" w:rsidRPr="003824FD" w:rsidRDefault="00B62F43" w:rsidP="00B62F4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62" w:type="dxa"/>
            <w:shd w:val="clear" w:color="auto" w:fill="F2F5F8"/>
          </w:tcPr>
          <w:p w14:paraId="170A00C3" w14:textId="5289D423" w:rsidR="00B62F43" w:rsidRPr="008B048C" w:rsidRDefault="00B62F43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شماره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تماس</w:t>
            </w:r>
          </w:p>
        </w:tc>
      </w:tr>
      <w:tr w:rsidR="00B62F43" w:rsidRPr="003824FD" w14:paraId="11521012" w14:textId="75CC0171" w:rsidTr="00B62F43">
        <w:trPr>
          <w:jc w:val="center"/>
        </w:trPr>
        <w:tc>
          <w:tcPr>
            <w:tcW w:w="7259" w:type="dxa"/>
            <w:vAlign w:val="center"/>
          </w:tcPr>
          <w:p w14:paraId="51B113D1" w14:textId="77777777" w:rsidR="00B62F43" w:rsidRPr="003824FD" w:rsidRDefault="00B62F43" w:rsidP="00B62F4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62" w:type="dxa"/>
          </w:tcPr>
          <w:p w14:paraId="2E604CA1" w14:textId="0C9C1849" w:rsidR="00B62F43" w:rsidRPr="008B048C" w:rsidRDefault="00B62F43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ا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م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ل</w:t>
            </w:r>
          </w:p>
        </w:tc>
      </w:tr>
    </w:tbl>
    <w:p w14:paraId="143F3F89" w14:textId="3BF5F2DF" w:rsidR="008300C2" w:rsidRPr="008B048C" w:rsidRDefault="008B048C" w:rsidP="008B048C">
      <w:pPr>
        <w:pBdr>
          <w:bottom w:val="single" w:sz="10" w:space="3" w:color="C00000"/>
        </w:pBdr>
        <w:spacing w:after="0"/>
        <w:jc w:val="right"/>
        <w:rPr>
          <w:rFonts w:ascii="B Titr" w:eastAsia="B Titr" w:hAnsi="B Titr" w:cs="2  Titr"/>
          <w:b/>
          <w:color w:val="006666"/>
          <w:sz w:val="40"/>
          <w:szCs w:val="32"/>
        </w:rPr>
      </w:pPr>
      <w:r w:rsidRPr="008B048C">
        <w:rPr>
          <w:rFonts w:ascii="B Titr" w:eastAsia="B Titr" w:hAnsi="B Titr" w:cs="2  Titr"/>
          <w:b/>
          <w:color w:val="006666"/>
          <w:sz w:val="40"/>
          <w:szCs w:val="32"/>
          <w:rtl/>
        </w:rPr>
        <w:t>بخش ۲ ـ اطلاعات ثبت</w:t>
      </w:r>
      <w:r w:rsidRPr="008B048C">
        <w:rPr>
          <w:rFonts w:ascii="B Titr" w:eastAsia="B Titr" w:hAnsi="B Titr" w:cs="2  Titr" w:hint="cs"/>
          <w:b/>
          <w:color w:val="006666"/>
          <w:sz w:val="40"/>
          <w:szCs w:val="32"/>
          <w:rtl/>
        </w:rPr>
        <w:t>ی</w:t>
      </w:r>
      <w:r w:rsidRPr="008B048C">
        <w:rPr>
          <w:rFonts w:ascii="B Titr" w:eastAsia="B Titr" w:hAnsi="B Titr" w:cs="2  Titr"/>
          <w:b/>
          <w:color w:val="006666"/>
          <w:sz w:val="40"/>
          <w:szCs w:val="32"/>
          <w:rtl/>
        </w:rPr>
        <w:t xml:space="preserve"> و حقوق</w:t>
      </w:r>
      <w:r w:rsidRPr="008B048C">
        <w:rPr>
          <w:rFonts w:ascii="B Titr" w:eastAsia="B Titr" w:hAnsi="B Titr" w:cs="2  Titr" w:hint="cs"/>
          <w:b/>
          <w:color w:val="006666"/>
          <w:sz w:val="40"/>
          <w:szCs w:val="32"/>
          <w:rtl/>
        </w:rPr>
        <w:t>ی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7236"/>
        <w:gridCol w:w="3056"/>
      </w:tblGrid>
      <w:tr w:rsidR="00B62F43" w:rsidRPr="003824FD" w14:paraId="75C4336D" w14:textId="77777777" w:rsidTr="00B62F13">
        <w:trPr>
          <w:jc w:val="center"/>
        </w:trPr>
        <w:tc>
          <w:tcPr>
            <w:tcW w:w="7236" w:type="dxa"/>
            <w:shd w:val="clear" w:color="auto" w:fill="F2F5F8"/>
            <w:vAlign w:val="center"/>
          </w:tcPr>
          <w:p w14:paraId="18442A5A" w14:textId="475EF30F" w:rsidR="00B62F43" w:rsidRPr="003824FD" w:rsidRDefault="00B62F43" w:rsidP="00B62F4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56" w:type="dxa"/>
            <w:shd w:val="clear" w:color="auto" w:fill="F2F5F8"/>
            <w:vAlign w:val="center"/>
          </w:tcPr>
          <w:p w14:paraId="52B5CB5C" w14:textId="108C4EB6" w:rsidR="00B62F43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/>
                <w:b/>
                <w:bCs/>
                <w:color w:val="006666"/>
                <w:rtl/>
              </w:rPr>
              <w:t>نوع شخص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  <w:r w:rsidRPr="008B048C">
              <w:rPr>
                <w:rFonts w:cs="B Nazanin" w:hint="eastAsia"/>
                <w:b/>
                <w:bCs/>
                <w:color w:val="006666"/>
                <w:rtl/>
              </w:rPr>
              <w:t>ت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حقوق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ی</w:t>
            </w:r>
          </w:p>
        </w:tc>
      </w:tr>
      <w:tr w:rsidR="008B048C" w:rsidRPr="003824FD" w14:paraId="3F8B2C04" w14:textId="77777777" w:rsidTr="00EA6D60">
        <w:trPr>
          <w:jc w:val="center"/>
        </w:trPr>
        <w:tc>
          <w:tcPr>
            <w:tcW w:w="7236" w:type="dxa"/>
            <w:vAlign w:val="center"/>
          </w:tcPr>
          <w:p w14:paraId="0D6331FA" w14:textId="209F65E9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56" w:type="dxa"/>
          </w:tcPr>
          <w:p w14:paraId="0443D982" w14:textId="2407F659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نام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مدیرعامل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مسئول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تیم</w:t>
            </w:r>
          </w:p>
        </w:tc>
      </w:tr>
      <w:tr w:rsidR="008B048C" w:rsidRPr="003824FD" w14:paraId="29BC9BB7" w14:textId="77777777" w:rsidTr="00EA6D60">
        <w:trPr>
          <w:jc w:val="center"/>
        </w:trPr>
        <w:tc>
          <w:tcPr>
            <w:tcW w:w="7236" w:type="dxa"/>
            <w:shd w:val="clear" w:color="auto" w:fill="F2F5F8"/>
            <w:vAlign w:val="center"/>
          </w:tcPr>
          <w:p w14:paraId="3F02E919" w14:textId="1E155EDC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56" w:type="dxa"/>
            <w:shd w:val="clear" w:color="auto" w:fill="F2F5F8"/>
          </w:tcPr>
          <w:p w14:paraId="13830970" w14:textId="060BDF6B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زمینه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فعالیت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ثبت‌شده</w:t>
            </w:r>
          </w:p>
        </w:tc>
      </w:tr>
      <w:tr w:rsidR="008B048C" w:rsidRPr="003824FD" w14:paraId="4C93BCFA" w14:textId="77777777" w:rsidTr="00EA6D60">
        <w:trPr>
          <w:jc w:val="center"/>
        </w:trPr>
        <w:tc>
          <w:tcPr>
            <w:tcW w:w="7236" w:type="dxa"/>
            <w:vAlign w:val="center"/>
          </w:tcPr>
          <w:p w14:paraId="59DC5D86" w14:textId="34E4CEC7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56" w:type="dxa"/>
          </w:tcPr>
          <w:p w14:paraId="1C5C1290" w14:textId="1C19EE80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شرکای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فناور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همکاران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کلیدی</w:t>
            </w:r>
          </w:p>
        </w:tc>
      </w:tr>
    </w:tbl>
    <w:p w14:paraId="5AC59C49" w14:textId="77777777" w:rsidR="008300C2" w:rsidRPr="008B048C" w:rsidRDefault="00C4692E">
      <w:pPr>
        <w:rPr>
          <w:rFonts w:asciiTheme="minorHAnsi" w:hAnsiTheme="minorHAnsi" w:cs="B Nazanin"/>
        </w:rPr>
      </w:pPr>
      <w:r w:rsidRPr="003824FD">
        <w:rPr>
          <w:rFonts w:cs="B Nazanin"/>
        </w:rPr>
        <w:br w:type="page"/>
      </w:r>
    </w:p>
    <w:p w14:paraId="6A0971B6" w14:textId="77777777" w:rsidR="008300C2" w:rsidRPr="00EE2603" w:rsidRDefault="00C4692E">
      <w:pPr>
        <w:pBdr>
          <w:bottom w:val="single" w:sz="10" w:space="3" w:color="C00000"/>
        </w:pBdr>
        <w:spacing w:before="120" w:after="100"/>
        <w:jc w:val="right"/>
        <w:rPr>
          <w:rFonts w:cs="2  Titr"/>
          <w:color w:val="006666"/>
          <w:sz w:val="32"/>
          <w:szCs w:val="32"/>
        </w:rPr>
      </w:pPr>
      <w:r w:rsidRPr="00EE2603">
        <w:rPr>
          <w:rFonts w:ascii="B Titr" w:eastAsia="B Titr" w:hAnsi="B Titr" w:cs="2  Titr"/>
          <w:b/>
          <w:color w:val="006666"/>
          <w:sz w:val="32"/>
          <w:szCs w:val="32"/>
        </w:rPr>
        <w:lastRenderedPageBreak/>
        <w:t>بخش ۳ ـ معرفی فناوری و راهکار پیشنهادی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7647"/>
        <w:gridCol w:w="2769"/>
      </w:tblGrid>
      <w:tr w:rsidR="008B048C" w:rsidRPr="003824FD" w14:paraId="5E2CFED3" w14:textId="77777777" w:rsidTr="008B048C">
        <w:trPr>
          <w:jc w:val="center"/>
        </w:trPr>
        <w:tc>
          <w:tcPr>
            <w:tcW w:w="7658" w:type="dxa"/>
            <w:shd w:val="clear" w:color="auto" w:fill="F2F5F8"/>
            <w:vAlign w:val="center"/>
          </w:tcPr>
          <w:p w14:paraId="7B035793" w14:textId="4142F350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2774" w:type="dxa"/>
            <w:shd w:val="clear" w:color="auto" w:fill="F2F5F8"/>
            <w:vAlign w:val="center"/>
          </w:tcPr>
          <w:p w14:paraId="3F61E038" w14:textId="6FE64C66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عنوان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راهکار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محصول</w:t>
            </w:r>
          </w:p>
        </w:tc>
      </w:tr>
      <w:tr w:rsidR="008B048C" w:rsidRPr="003824FD" w14:paraId="123CA197" w14:textId="77777777" w:rsidTr="008B048C">
        <w:trPr>
          <w:jc w:val="center"/>
        </w:trPr>
        <w:tc>
          <w:tcPr>
            <w:tcW w:w="7658" w:type="dxa"/>
            <w:vAlign w:val="center"/>
          </w:tcPr>
          <w:p w14:paraId="1D5501FE" w14:textId="3CB6B948" w:rsidR="008B048C" w:rsidRPr="0025016E" w:rsidRDefault="0025016E" w:rsidP="0025016E">
            <w:pPr>
              <w:bidi/>
              <w:spacing w:after="0"/>
              <w:rPr>
                <w:rFonts w:ascii="Arial" w:hAnsi="Arial" w:cs="B Nazanin"/>
                <w:color w:val="666666"/>
                <w:sz w:val="18"/>
                <w:rtl/>
                <w:lang w:bidi="fa-IR"/>
              </w:rPr>
            </w:pPr>
            <w:r>
              <w:rPr>
                <w:rFonts w:ascii="Arial" w:hAnsi="Arial" w:cs="B Nazanin" w:hint="cs"/>
                <w:color w:val="666666"/>
                <w:sz w:val="18"/>
                <w:rtl/>
                <w:lang w:bidi="fa-IR"/>
              </w:rPr>
              <w:t>رباتیک، اتوماسیون و جوشکاری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 w:rsidR="008B048C" w:rsidRPr="008B048C">
              <w:rPr>
                <w:rFonts w:ascii="Arial" w:hAnsi="Arial" w:cs="B Nazanin"/>
                <w:color w:val="666666"/>
                <w:sz w:val="18"/>
                <w:rtl/>
              </w:rPr>
              <w:t xml:space="preserve">   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پوشش دهی، قطعات و داخلی سازی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 ماشینکاری، ابزار و تجهیزات تولید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هیدرولیک، الکترونیک و سامانه</w:t>
            </w:r>
            <w:r>
              <w:rPr>
                <w:rFonts w:ascii="Arial" w:hAnsi="Arial" w:cs="B Nazanin"/>
                <w:color w:val="666666"/>
                <w:sz w:val="18"/>
                <w:rtl/>
              </w:rPr>
              <w:softHyphen/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>های تراکتور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  مونتاژ هوشمند و فناوری</w:t>
            </w:r>
            <w:r>
              <w:rPr>
                <w:rFonts w:ascii="Arial" w:hAnsi="Arial" w:cs="B Nazanin"/>
                <w:color w:val="666666"/>
                <w:sz w:val="18"/>
                <w:rtl/>
              </w:rPr>
              <w:softHyphen/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>های مونتاژ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    نگهداری، تعمیرات و بهینه سازی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  نرم افزار و بازاریابی دیجیتال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   سامانه</w:t>
            </w:r>
            <w:r>
              <w:rPr>
                <w:rFonts w:ascii="Arial" w:hAnsi="Arial" w:cs="B Nazanin"/>
                <w:color w:val="666666"/>
                <w:sz w:val="18"/>
                <w:rtl/>
              </w:rPr>
              <w:softHyphen/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>های ناوبری و کنترل از راه دور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  <w:r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  سایر</w:t>
            </w:r>
            <w:r w:rsidRPr="008B048C">
              <w:rPr>
                <w:rFonts w:ascii="Arial" w:hAnsi="Arial" w:cs="B Nazanin"/>
                <w:color w:val="666666"/>
                <w:sz w:val="18"/>
              </w:rPr>
              <w:t>□</w:t>
            </w:r>
          </w:p>
        </w:tc>
        <w:tc>
          <w:tcPr>
            <w:tcW w:w="2774" w:type="dxa"/>
            <w:vAlign w:val="center"/>
          </w:tcPr>
          <w:p w14:paraId="4126AC81" w14:textId="3863DD4D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محور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فراخوان</w:t>
            </w:r>
          </w:p>
        </w:tc>
      </w:tr>
      <w:tr w:rsidR="008B048C" w:rsidRPr="003824FD" w14:paraId="52216057" w14:textId="77777777" w:rsidTr="008B048C">
        <w:trPr>
          <w:jc w:val="center"/>
        </w:trPr>
        <w:tc>
          <w:tcPr>
            <w:tcW w:w="7658" w:type="dxa"/>
            <w:shd w:val="clear" w:color="auto" w:fill="F2F5F8"/>
            <w:vAlign w:val="center"/>
          </w:tcPr>
          <w:p w14:paraId="102C3EB9" w14:textId="1AA07C37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2774" w:type="dxa"/>
            <w:shd w:val="clear" w:color="auto" w:fill="F2F5F8"/>
            <w:vAlign w:val="center"/>
          </w:tcPr>
          <w:p w14:paraId="4236ED65" w14:textId="72715A15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مسئله‌ای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که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راهکار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حل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می‌کند</w:t>
            </w:r>
          </w:p>
        </w:tc>
      </w:tr>
      <w:tr w:rsidR="008B048C" w:rsidRPr="003824FD" w14:paraId="40633003" w14:textId="77777777" w:rsidTr="008B048C">
        <w:trPr>
          <w:jc w:val="center"/>
        </w:trPr>
        <w:tc>
          <w:tcPr>
            <w:tcW w:w="7658" w:type="dxa"/>
            <w:vAlign w:val="center"/>
          </w:tcPr>
          <w:p w14:paraId="1A15B615" w14:textId="19C9FD4F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2774" w:type="dxa"/>
            <w:vAlign w:val="center"/>
          </w:tcPr>
          <w:p w14:paraId="77E6DE6C" w14:textId="01CC883D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شرح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مختصر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فناوری</w:t>
            </w:r>
          </w:p>
        </w:tc>
      </w:tr>
      <w:tr w:rsidR="008B048C" w:rsidRPr="003824FD" w14:paraId="6DA4CBD0" w14:textId="77777777" w:rsidTr="008B048C">
        <w:trPr>
          <w:jc w:val="center"/>
        </w:trPr>
        <w:tc>
          <w:tcPr>
            <w:tcW w:w="7658" w:type="dxa"/>
            <w:shd w:val="clear" w:color="auto" w:fill="F2F5F8"/>
            <w:vAlign w:val="center"/>
          </w:tcPr>
          <w:p w14:paraId="170531E3" w14:textId="7507836E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2774" w:type="dxa"/>
            <w:shd w:val="clear" w:color="auto" w:fill="F2F5F8"/>
            <w:vAlign w:val="center"/>
          </w:tcPr>
          <w:p w14:paraId="7F74D71B" w14:textId="12BDC4B9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مخاطب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محیط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کاربرد</w:t>
            </w:r>
          </w:p>
        </w:tc>
      </w:tr>
      <w:tr w:rsidR="008B048C" w:rsidRPr="003824FD" w14:paraId="7F75EDBE" w14:textId="77777777" w:rsidTr="008B048C">
        <w:trPr>
          <w:jc w:val="center"/>
        </w:trPr>
        <w:tc>
          <w:tcPr>
            <w:tcW w:w="7658" w:type="dxa"/>
            <w:vAlign w:val="center"/>
          </w:tcPr>
          <w:p w14:paraId="64822177" w14:textId="3C4A1AF5" w:rsidR="008B048C" w:rsidRPr="003824FD" w:rsidRDefault="008B048C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2774" w:type="dxa"/>
            <w:vAlign w:val="center"/>
          </w:tcPr>
          <w:p w14:paraId="376A253C" w14:textId="08DCD54B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مزیت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اصلی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نسبت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به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روش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موجود</w:t>
            </w:r>
          </w:p>
        </w:tc>
      </w:tr>
      <w:tr w:rsidR="008B048C" w:rsidRPr="003824FD" w14:paraId="3A15AEE0" w14:textId="77777777" w:rsidTr="008B048C">
        <w:trPr>
          <w:jc w:val="center"/>
        </w:trPr>
        <w:tc>
          <w:tcPr>
            <w:tcW w:w="7658" w:type="dxa"/>
            <w:shd w:val="clear" w:color="auto" w:fill="F2F5F8"/>
            <w:vAlign w:val="center"/>
          </w:tcPr>
          <w:p w14:paraId="242FE13B" w14:textId="531E72FD" w:rsidR="008B048C" w:rsidRPr="003824FD" w:rsidRDefault="00EE2603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EE2603">
              <w:rPr>
                <w:rFonts w:ascii="Arial" w:hAnsi="Arial" w:cs="B Nazanin"/>
                <w:color w:val="666666"/>
                <w:sz w:val="18"/>
              </w:rPr>
              <w:t xml:space="preserve">□ 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>ا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ی</w:t>
            </w:r>
            <w:r w:rsidRPr="00EE2603">
              <w:rPr>
                <w:rFonts w:ascii="Arial" w:hAnsi="Arial" w:cs="B Nazanin" w:hint="eastAsia"/>
                <w:color w:val="666666"/>
                <w:sz w:val="18"/>
                <w:rtl/>
              </w:rPr>
              <w:t>ده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Arial" w:hint="cs"/>
                <w:color w:val="666666"/>
                <w:sz w:val="18"/>
                <w:rtl/>
              </w:rPr>
              <w:t>□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نمونه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آزمای</w:t>
            </w:r>
            <w:r w:rsidRPr="00EE2603">
              <w:rPr>
                <w:rFonts w:ascii="Arial" w:hAnsi="Arial" w:cs="B Nazanin" w:hint="eastAsia"/>
                <w:color w:val="666666"/>
                <w:sz w:val="18"/>
                <w:rtl/>
              </w:rPr>
              <w:t>شگاه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ی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Arial" w:hint="cs"/>
                <w:color w:val="666666"/>
                <w:sz w:val="18"/>
                <w:rtl/>
              </w:rPr>
              <w:t>□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نمونه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اولی</w:t>
            </w:r>
            <w:r w:rsidRPr="00EE2603">
              <w:rPr>
                <w:rFonts w:ascii="Arial" w:hAnsi="Arial" w:cs="B Nazanin" w:hint="eastAsia"/>
                <w:color w:val="666666"/>
                <w:sz w:val="18"/>
                <w:rtl/>
              </w:rPr>
              <w:t>ه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Arial" w:hint="cs"/>
                <w:color w:val="666666"/>
                <w:sz w:val="18"/>
                <w:rtl/>
              </w:rPr>
              <w:t>□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نمونه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نی</w:t>
            </w:r>
            <w:r w:rsidRPr="00EE2603">
              <w:rPr>
                <w:rFonts w:ascii="Arial" w:hAnsi="Arial" w:cs="B Nazanin" w:hint="eastAsia"/>
                <w:color w:val="666666"/>
                <w:sz w:val="18"/>
                <w:rtl/>
              </w:rPr>
              <w:t>مه‌صنعت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ی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Arial" w:hint="cs"/>
                <w:color w:val="666666"/>
                <w:sz w:val="18"/>
                <w:rtl/>
              </w:rPr>
              <w:t>□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محصول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صنعتی</w:t>
            </w:r>
          </w:p>
        </w:tc>
        <w:tc>
          <w:tcPr>
            <w:tcW w:w="2774" w:type="dxa"/>
            <w:shd w:val="clear" w:color="auto" w:fill="F2F5F8"/>
            <w:vAlign w:val="center"/>
          </w:tcPr>
          <w:p w14:paraId="26FA712E" w14:textId="69E40A87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وضعیت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توسعه</w:t>
            </w:r>
          </w:p>
        </w:tc>
      </w:tr>
      <w:tr w:rsidR="008B048C" w:rsidRPr="003824FD" w14:paraId="2121CA27" w14:textId="77777777" w:rsidTr="008B048C">
        <w:trPr>
          <w:jc w:val="center"/>
        </w:trPr>
        <w:tc>
          <w:tcPr>
            <w:tcW w:w="7658" w:type="dxa"/>
            <w:vAlign w:val="center"/>
          </w:tcPr>
          <w:p w14:paraId="4A161A92" w14:textId="6CDFA6EC" w:rsidR="008B048C" w:rsidRPr="003824FD" w:rsidRDefault="00EE2603" w:rsidP="008B048C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EE2603">
              <w:rPr>
                <w:rFonts w:ascii="Arial" w:hAnsi="Arial" w:cs="B Nazanin"/>
                <w:color w:val="666666"/>
                <w:sz w:val="18"/>
              </w:rPr>
              <w:t xml:space="preserve">□ 1-3 □ 4-5 □ 6-7 □ 8-9 □ 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>نامشخص</w:t>
            </w:r>
          </w:p>
        </w:tc>
        <w:tc>
          <w:tcPr>
            <w:tcW w:w="2774" w:type="dxa"/>
            <w:vAlign w:val="center"/>
          </w:tcPr>
          <w:p w14:paraId="297E6C5A" w14:textId="5890F018" w:rsidR="008B048C" w:rsidRPr="008B048C" w:rsidRDefault="008B048C" w:rsidP="008B048C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8B048C">
              <w:rPr>
                <w:rFonts w:cs="B Nazanin" w:hint="cs"/>
                <w:b/>
                <w:bCs/>
                <w:color w:val="006666"/>
                <w:rtl/>
              </w:rPr>
              <w:t>سطح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بلوغ</w:t>
            </w:r>
            <w:r w:rsidRPr="008B048C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8B048C">
              <w:rPr>
                <w:rFonts w:cs="B Nazanin" w:hint="cs"/>
                <w:b/>
                <w:bCs/>
                <w:color w:val="006666"/>
                <w:rtl/>
              </w:rPr>
              <w:t>فناوری</w:t>
            </w:r>
            <w:r w:rsidRPr="008B048C">
              <w:rPr>
                <w:rFonts w:cs="B Nazanin"/>
                <w:b/>
                <w:bCs/>
                <w:color w:val="006666"/>
              </w:rPr>
              <w:t xml:space="preserve"> (TRL)</w:t>
            </w:r>
          </w:p>
        </w:tc>
      </w:tr>
    </w:tbl>
    <w:p w14:paraId="3B3F33CD" w14:textId="77777777" w:rsidR="00EE2603" w:rsidRPr="00EE2603" w:rsidRDefault="00EE2603" w:rsidP="00EE2603">
      <w:pPr>
        <w:pBdr>
          <w:bottom w:val="single" w:sz="10" w:space="3" w:color="C00000"/>
        </w:pBdr>
        <w:spacing w:before="120" w:after="100"/>
        <w:jc w:val="right"/>
        <w:rPr>
          <w:rFonts w:ascii="B Titr" w:eastAsia="B Titr" w:hAnsi="B Titr" w:cs="2  Titr"/>
          <w:b/>
          <w:color w:val="006666"/>
          <w:sz w:val="40"/>
          <w:szCs w:val="32"/>
        </w:rPr>
      </w:pPr>
      <w:r w:rsidRPr="00EE2603">
        <w:rPr>
          <w:rFonts w:ascii="B Titr" w:eastAsia="B Titr" w:hAnsi="B Titr" w:cs="2  Titr"/>
          <w:b/>
          <w:color w:val="006666"/>
          <w:sz w:val="40"/>
          <w:szCs w:val="32"/>
          <w:rtl/>
        </w:rPr>
        <w:t>بخش ۴ ـ انطباق با ن</w:t>
      </w:r>
      <w:r w:rsidRPr="00EE2603">
        <w:rPr>
          <w:rFonts w:ascii="B Titr" w:eastAsia="B Titr" w:hAnsi="B Titr" w:cs="2  Titr" w:hint="cs"/>
          <w:b/>
          <w:color w:val="006666"/>
          <w:sz w:val="40"/>
          <w:szCs w:val="32"/>
          <w:rtl/>
        </w:rPr>
        <w:t>ی</w:t>
      </w:r>
      <w:r w:rsidRPr="00EE2603">
        <w:rPr>
          <w:rFonts w:ascii="B Titr" w:eastAsia="B Titr" w:hAnsi="B Titr" w:cs="2  Titr" w:hint="eastAsia"/>
          <w:b/>
          <w:color w:val="006666"/>
          <w:sz w:val="40"/>
          <w:szCs w:val="32"/>
          <w:rtl/>
        </w:rPr>
        <w:t>از</w:t>
      </w:r>
      <w:r w:rsidRPr="00EE2603">
        <w:rPr>
          <w:rFonts w:ascii="B Titr" w:eastAsia="B Titr" w:hAnsi="B Titr" w:cs="2  Titr"/>
          <w:b/>
          <w:color w:val="006666"/>
          <w:sz w:val="40"/>
          <w:szCs w:val="32"/>
          <w:rtl/>
        </w:rPr>
        <w:t xml:space="preserve"> تراکتورساز</w:t>
      </w:r>
      <w:r w:rsidRPr="00EE2603">
        <w:rPr>
          <w:rFonts w:ascii="B Titr" w:eastAsia="B Titr" w:hAnsi="B Titr" w:cs="2  Titr" w:hint="cs"/>
          <w:b/>
          <w:color w:val="006666"/>
          <w:sz w:val="40"/>
          <w:szCs w:val="32"/>
          <w:rtl/>
        </w:rPr>
        <w:t>ی</w:t>
      </w:r>
    </w:p>
    <w:p w14:paraId="5CF14754" w14:textId="33DA17AD" w:rsidR="008300C2" w:rsidRPr="003824FD" w:rsidRDefault="00EE2603" w:rsidP="00EE2603">
      <w:pPr>
        <w:bidi/>
        <w:spacing w:after="80" w:line="264" w:lineRule="auto"/>
        <w:jc w:val="both"/>
        <w:rPr>
          <w:rFonts w:cs="B Nazanin"/>
        </w:rPr>
      </w:pPr>
      <w:r w:rsidRPr="00EE2603">
        <w:rPr>
          <w:rFonts w:cs="B Nazanin"/>
          <w:color w:val="222222"/>
          <w:rtl/>
        </w:rPr>
        <w:t>مشخص کن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د</w:t>
      </w:r>
      <w:r w:rsidRPr="00EE2603">
        <w:rPr>
          <w:rFonts w:cs="B Nazanin"/>
          <w:color w:val="222222"/>
          <w:rtl/>
        </w:rPr>
        <w:t xml:space="preserve"> راهکار شما کدام ن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از</w:t>
      </w:r>
      <w:r w:rsidRPr="00EE2603">
        <w:rPr>
          <w:rFonts w:cs="B Nazanin"/>
          <w:color w:val="222222"/>
          <w:rtl/>
        </w:rPr>
        <w:t xml:space="preserve"> 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ا</w:t>
      </w:r>
      <w:r w:rsidRPr="00EE2603">
        <w:rPr>
          <w:rFonts w:cs="B Nazanin"/>
          <w:color w:val="222222"/>
          <w:rtl/>
        </w:rPr>
        <w:t xml:space="preserve"> مسئله را هدف قرار م</w:t>
      </w:r>
      <w:r w:rsidRPr="00EE2603">
        <w:rPr>
          <w:rFonts w:cs="B Nazanin" w:hint="cs"/>
          <w:color w:val="222222"/>
          <w:rtl/>
        </w:rPr>
        <w:t>ی‌</w:t>
      </w:r>
      <w:r w:rsidRPr="00EE2603">
        <w:rPr>
          <w:rFonts w:cs="B Nazanin" w:hint="eastAsia"/>
          <w:color w:val="222222"/>
          <w:rtl/>
        </w:rPr>
        <w:t>دهد</w:t>
      </w:r>
      <w:r w:rsidRPr="00EE2603">
        <w:rPr>
          <w:rFonts w:cs="B Nazanin"/>
          <w:color w:val="222222"/>
          <w:rtl/>
        </w:rPr>
        <w:t>. در صورت انتخاب «سا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ر»</w:t>
      </w:r>
      <w:r w:rsidRPr="00EE2603">
        <w:rPr>
          <w:rFonts w:cs="B Nazanin"/>
          <w:color w:val="222222"/>
          <w:rtl/>
        </w:rPr>
        <w:t xml:space="preserve"> عنوان دق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ق</w:t>
      </w:r>
      <w:r w:rsidRPr="00EE2603">
        <w:rPr>
          <w:rFonts w:cs="B Nazanin"/>
          <w:color w:val="222222"/>
          <w:rtl/>
        </w:rPr>
        <w:t xml:space="preserve"> ن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از</w:t>
      </w:r>
      <w:r w:rsidRPr="00EE2603">
        <w:rPr>
          <w:rFonts w:cs="B Nazanin"/>
          <w:color w:val="222222"/>
          <w:rtl/>
        </w:rPr>
        <w:t xml:space="preserve"> را بنو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س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د</w:t>
      </w:r>
      <w:r w:rsidRPr="00EE2603">
        <w:rPr>
          <w:rFonts w:cs="B Nazanin"/>
          <w:color w:val="222222"/>
          <w:rtl/>
        </w:rPr>
        <w:t>.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7272"/>
        <w:gridCol w:w="3075"/>
      </w:tblGrid>
      <w:tr w:rsidR="00EE2603" w:rsidRPr="003824FD" w14:paraId="2D360AA8" w14:textId="77777777" w:rsidTr="00EE2603">
        <w:trPr>
          <w:jc w:val="center"/>
        </w:trPr>
        <w:tc>
          <w:tcPr>
            <w:tcW w:w="7272" w:type="dxa"/>
            <w:shd w:val="clear" w:color="auto" w:fill="F2F5F8"/>
            <w:vAlign w:val="center"/>
          </w:tcPr>
          <w:p w14:paraId="108F5EBB" w14:textId="787FDADE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075" w:type="dxa"/>
            <w:shd w:val="clear" w:color="auto" w:fill="F2F5F8"/>
            <w:vAlign w:val="center"/>
          </w:tcPr>
          <w:p w14:paraId="1C75D571" w14:textId="0819A2E1" w:rsidR="00EE2603" w:rsidRPr="00EE2603" w:rsidRDefault="00EE2603" w:rsidP="00EE260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نیاز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چالش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موردنظر</w:t>
            </w:r>
          </w:p>
        </w:tc>
      </w:tr>
      <w:tr w:rsidR="00EE2603" w:rsidRPr="003824FD" w14:paraId="7574678E" w14:textId="77777777" w:rsidTr="00EE2603">
        <w:trPr>
          <w:jc w:val="center"/>
        </w:trPr>
        <w:tc>
          <w:tcPr>
            <w:tcW w:w="7272" w:type="dxa"/>
            <w:vAlign w:val="center"/>
          </w:tcPr>
          <w:p w14:paraId="7F463176" w14:textId="5BFC81F0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75" w:type="dxa"/>
            <w:vAlign w:val="center"/>
          </w:tcPr>
          <w:p w14:paraId="1D06A019" w14:textId="08A77CF6" w:rsidR="00EE2603" w:rsidRPr="00EE2603" w:rsidRDefault="00EE2603" w:rsidP="00EE260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واحد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حوزه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متقاضی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در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صورت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اطلاع</w:t>
            </w:r>
          </w:p>
        </w:tc>
      </w:tr>
      <w:tr w:rsidR="00EE2603" w:rsidRPr="003824FD" w14:paraId="49175F25" w14:textId="77777777" w:rsidTr="00EE2603">
        <w:trPr>
          <w:jc w:val="center"/>
        </w:trPr>
        <w:tc>
          <w:tcPr>
            <w:tcW w:w="7272" w:type="dxa"/>
            <w:shd w:val="clear" w:color="auto" w:fill="F2F5F8"/>
            <w:vAlign w:val="center"/>
          </w:tcPr>
          <w:p w14:paraId="4FBE0FA3" w14:textId="0111C7CE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075" w:type="dxa"/>
            <w:shd w:val="clear" w:color="auto" w:fill="F2F5F8"/>
            <w:vAlign w:val="center"/>
          </w:tcPr>
          <w:p w14:paraId="6F444AA7" w14:textId="4F8F05A3" w:rsidR="00EE2603" w:rsidRPr="00EE2603" w:rsidRDefault="00EE2603" w:rsidP="00EE260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نحوه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حل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مسئله</w:t>
            </w:r>
          </w:p>
        </w:tc>
      </w:tr>
      <w:tr w:rsidR="00EE2603" w:rsidRPr="003824FD" w14:paraId="6264876F" w14:textId="77777777" w:rsidTr="00EE2603">
        <w:trPr>
          <w:jc w:val="center"/>
        </w:trPr>
        <w:tc>
          <w:tcPr>
            <w:tcW w:w="7272" w:type="dxa"/>
            <w:vAlign w:val="center"/>
          </w:tcPr>
          <w:p w14:paraId="1EF796AF" w14:textId="40F6B779" w:rsidR="00EE2603" w:rsidRPr="006572A5" w:rsidRDefault="00EE2603" w:rsidP="006572A5">
            <w:pPr>
              <w:bidi/>
              <w:spacing w:after="0"/>
              <w:rPr>
                <w:rFonts w:cs="B Nazanin"/>
                <w:color w:val="666666"/>
                <w:sz w:val="22"/>
              </w:rPr>
            </w:pP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>محصول</w:t>
            </w:r>
            <w:r w:rsidR="006572A5" w:rsidRPr="006572A5">
              <w:rPr>
                <w:rFonts w:ascii="Arial" w:hAnsi="Arial" w:cs="B Nazanin"/>
                <w:color w:val="666666"/>
                <w:sz w:val="22"/>
              </w:rPr>
              <w:t>□</w:t>
            </w: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 xml:space="preserve">   </w:t>
            </w:r>
            <w:r w:rsidRPr="006572A5">
              <w:rPr>
                <w:rFonts w:ascii="Arial" w:hAnsi="Arial" w:cs="B Nazanin" w:hint="cs"/>
                <w:color w:val="666666"/>
                <w:sz w:val="22"/>
                <w:rtl/>
              </w:rPr>
              <w:t>تجهی</w:t>
            </w:r>
            <w:r w:rsidRPr="006572A5">
              <w:rPr>
                <w:rFonts w:ascii="Arial" w:hAnsi="Arial" w:cs="B Nazanin" w:hint="eastAsia"/>
                <w:color w:val="666666"/>
                <w:sz w:val="22"/>
                <w:rtl/>
              </w:rPr>
              <w:t>زات</w:t>
            </w:r>
            <w:r w:rsidR="006572A5" w:rsidRPr="006572A5">
              <w:rPr>
                <w:rFonts w:ascii="Arial" w:hAnsi="Arial" w:cs="Arial" w:hint="cs"/>
                <w:color w:val="666666"/>
                <w:sz w:val="22"/>
                <w:rtl/>
              </w:rPr>
              <w:t>□</w:t>
            </w: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 xml:space="preserve">   </w:t>
            </w:r>
            <w:r w:rsidRPr="006572A5">
              <w:rPr>
                <w:rFonts w:ascii="Arial" w:hAnsi="Arial" w:cs="B Nazanin" w:hint="cs"/>
                <w:color w:val="666666"/>
                <w:sz w:val="22"/>
                <w:rtl/>
              </w:rPr>
              <w:t>نرم‌افزار</w:t>
            </w:r>
            <w:r w:rsidRPr="006572A5">
              <w:rPr>
                <w:rFonts w:ascii="Arial" w:hAnsi="Arial" w:cs="B Nazanin"/>
                <w:color w:val="666666"/>
                <w:sz w:val="22"/>
              </w:rPr>
              <w:t xml:space="preserve">  □ P</w:t>
            </w:r>
            <w:r w:rsidR="006572A5" w:rsidRPr="006572A5">
              <w:rPr>
                <w:rFonts w:ascii="Arial" w:hAnsi="Arial" w:cs="B Nazanin"/>
                <w:color w:val="666666"/>
                <w:sz w:val="22"/>
              </w:rPr>
              <w:t>O</w:t>
            </w:r>
            <w:r w:rsidRPr="006572A5">
              <w:rPr>
                <w:rFonts w:ascii="Arial" w:hAnsi="Arial" w:cs="B Nazanin"/>
                <w:color w:val="666666"/>
                <w:sz w:val="22"/>
              </w:rPr>
              <w:t xml:space="preserve">C  □ </w:t>
            </w: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>خط/سلول صنعت</w:t>
            </w:r>
            <w:r w:rsidRPr="006572A5">
              <w:rPr>
                <w:rFonts w:ascii="Arial" w:hAnsi="Arial" w:cs="B Nazanin" w:hint="cs"/>
                <w:color w:val="666666"/>
                <w:sz w:val="22"/>
                <w:rtl/>
              </w:rPr>
              <w:t>ی</w:t>
            </w:r>
            <w:r w:rsidR="006572A5" w:rsidRPr="006572A5">
              <w:rPr>
                <w:rFonts w:ascii="Arial" w:hAnsi="Arial" w:cs="Arial" w:hint="cs"/>
                <w:color w:val="666666"/>
                <w:sz w:val="22"/>
                <w:rtl/>
              </w:rPr>
              <w:t>□</w:t>
            </w: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 xml:space="preserve">   </w:t>
            </w:r>
            <w:r w:rsidRPr="006572A5">
              <w:rPr>
                <w:rFonts w:ascii="Arial" w:hAnsi="Arial" w:cs="B Nazanin" w:hint="cs"/>
                <w:color w:val="666666"/>
                <w:sz w:val="22"/>
                <w:rtl/>
              </w:rPr>
              <w:t>خدمات</w:t>
            </w: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 xml:space="preserve"> </w:t>
            </w:r>
            <w:r w:rsidRPr="006572A5">
              <w:rPr>
                <w:rFonts w:ascii="Arial" w:hAnsi="Arial" w:cs="B Nazanin" w:hint="cs"/>
                <w:color w:val="666666"/>
                <w:sz w:val="22"/>
                <w:rtl/>
              </w:rPr>
              <w:t>مهندسی</w:t>
            </w:r>
            <w:r w:rsidR="006572A5" w:rsidRPr="006572A5">
              <w:rPr>
                <w:rFonts w:ascii="Arial" w:hAnsi="Arial" w:cs="Arial" w:hint="cs"/>
                <w:color w:val="666666"/>
                <w:sz w:val="22"/>
                <w:rtl/>
              </w:rPr>
              <w:t>□</w:t>
            </w:r>
            <w:r w:rsidRPr="006572A5">
              <w:rPr>
                <w:rFonts w:ascii="Arial" w:hAnsi="Arial" w:cs="B Nazanin"/>
                <w:color w:val="666666"/>
                <w:sz w:val="22"/>
                <w:rtl/>
              </w:rPr>
              <w:t xml:space="preserve">   </w:t>
            </w:r>
            <w:r w:rsidRPr="006572A5">
              <w:rPr>
                <w:rFonts w:ascii="Arial" w:hAnsi="Arial" w:cs="B Nazanin" w:hint="cs"/>
                <w:color w:val="666666"/>
                <w:sz w:val="22"/>
                <w:rtl/>
              </w:rPr>
              <w:t>سای</w:t>
            </w:r>
            <w:r w:rsidRPr="006572A5">
              <w:rPr>
                <w:rFonts w:ascii="Arial" w:hAnsi="Arial" w:cs="B Nazanin" w:hint="eastAsia"/>
                <w:color w:val="666666"/>
                <w:sz w:val="22"/>
                <w:rtl/>
              </w:rPr>
              <w:t>ر</w:t>
            </w:r>
            <w:r w:rsidR="006572A5" w:rsidRPr="006572A5">
              <w:rPr>
                <w:rFonts w:ascii="Arial" w:hAnsi="Arial" w:cs="Arial" w:hint="cs"/>
                <w:color w:val="666666"/>
                <w:sz w:val="22"/>
                <w:rtl/>
              </w:rPr>
              <w:t>□</w:t>
            </w:r>
          </w:p>
        </w:tc>
        <w:tc>
          <w:tcPr>
            <w:tcW w:w="3075" w:type="dxa"/>
            <w:vAlign w:val="center"/>
          </w:tcPr>
          <w:p w14:paraId="19424ED9" w14:textId="4AD48F1A" w:rsidR="00EE2603" w:rsidRPr="00EE2603" w:rsidRDefault="00EE2603" w:rsidP="00EE260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خروجی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قابل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تحویل</w:t>
            </w:r>
          </w:p>
        </w:tc>
      </w:tr>
    </w:tbl>
    <w:p w14:paraId="45ACA8A8" w14:textId="77777777" w:rsidR="008300C2" w:rsidRPr="00EE2603" w:rsidRDefault="00C4692E">
      <w:pPr>
        <w:rPr>
          <w:rFonts w:asciiTheme="minorHAnsi" w:hAnsiTheme="minorHAnsi" w:cs="B Nazanin"/>
        </w:rPr>
      </w:pPr>
      <w:r w:rsidRPr="003824FD">
        <w:rPr>
          <w:rFonts w:cs="B Nazanin"/>
        </w:rPr>
        <w:br w:type="page"/>
      </w:r>
    </w:p>
    <w:p w14:paraId="0BCF0E20" w14:textId="05E3F012" w:rsidR="008300C2" w:rsidRPr="00EE2603" w:rsidRDefault="00EE2603">
      <w:pPr>
        <w:pBdr>
          <w:bottom w:val="single" w:sz="10" w:space="3" w:color="C00000"/>
        </w:pBdr>
        <w:spacing w:before="120" w:after="100"/>
        <w:jc w:val="right"/>
        <w:rPr>
          <w:rFonts w:cs="2  Titr"/>
          <w:color w:val="006666"/>
          <w:sz w:val="32"/>
          <w:szCs w:val="32"/>
        </w:rPr>
      </w:pP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</w:rPr>
        <w:lastRenderedPageBreak/>
        <w:t xml:space="preserve">بخش </w:t>
      </w: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  <w:lang w:bidi="fa-IR"/>
        </w:rPr>
        <w:t>۵</w:t>
      </w: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</w:rPr>
        <w:t xml:space="preserve"> ـ سوابق اجرا و مشتر</w:t>
      </w:r>
      <w:r w:rsidRPr="00EE2603">
        <w:rPr>
          <w:rFonts w:ascii="B Titr" w:eastAsia="B Titr" w:hAnsi="B Titr" w:cs="2  Titr" w:hint="cs"/>
          <w:b/>
          <w:color w:val="006666"/>
          <w:sz w:val="32"/>
          <w:szCs w:val="32"/>
          <w:rtl/>
        </w:rPr>
        <w:t>ی</w:t>
      </w:r>
      <w:r w:rsidRPr="00EE2603">
        <w:rPr>
          <w:rFonts w:ascii="B Titr" w:eastAsia="B Titr" w:hAnsi="B Titr" w:cs="2  Titr" w:hint="eastAsia"/>
          <w:b/>
          <w:color w:val="006666"/>
          <w:sz w:val="32"/>
          <w:szCs w:val="32"/>
          <w:rtl/>
        </w:rPr>
        <w:t>ان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6835"/>
        <w:gridCol w:w="3581"/>
      </w:tblGrid>
      <w:tr w:rsidR="00EE2603" w:rsidRPr="003824FD" w14:paraId="69A89BED" w14:textId="77777777" w:rsidTr="00EE2603">
        <w:trPr>
          <w:jc w:val="center"/>
        </w:trPr>
        <w:tc>
          <w:tcPr>
            <w:tcW w:w="6846" w:type="dxa"/>
            <w:shd w:val="clear" w:color="auto" w:fill="F2F5F8"/>
            <w:vAlign w:val="center"/>
          </w:tcPr>
          <w:p w14:paraId="01F4168B" w14:textId="22A73B2F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EE2603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>بله</w:t>
            </w:r>
            <w:r w:rsidRPr="00EE2603">
              <w:rPr>
                <w:rFonts w:ascii="Arial" w:hAnsi="Arial" w:cs="Arial" w:hint="cs"/>
                <w:color w:val="666666"/>
                <w:sz w:val="18"/>
                <w:rtl/>
              </w:rPr>
              <w:t>□</w:t>
            </w:r>
            <w:r w:rsidR="006572A5">
              <w:rPr>
                <w:rFonts w:ascii="Arial" w:hAnsi="Arial" w:cs="B Nazanin" w:hint="cs"/>
                <w:color w:val="666666"/>
                <w:sz w:val="18"/>
                <w:rtl/>
              </w:rPr>
              <w:t xml:space="preserve">  </w:t>
            </w:r>
            <w:r w:rsidRPr="00EE2603">
              <w:rPr>
                <w:rFonts w:ascii="Arial" w:hAnsi="Arial" w:cs="B Nazanin"/>
                <w:color w:val="666666"/>
                <w:sz w:val="18"/>
                <w:rtl/>
              </w:rPr>
              <w:t xml:space="preserve"> </w:t>
            </w:r>
            <w:r w:rsidRPr="00EE2603">
              <w:rPr>
                <w:rFonts w:ascii="Arial" w:hAnsi="Arial" w:cs="B Nazanin" w:hint="cs"/>
                <w:color w:val="666666"/>
                <w:sz w:val="18"/>
                <w:rtl/>
              </w:rPr>
              <w:t>خی</w:t>
            </w:r>
            <w:r w:rsidRPr="00EE2603">
              <w:rPr>
                <w:rFonts w:ascii="Arial" w:hAnsi="Arial" w:cs="B Nazanin" w:hint="eastAsia"/>
                <w:color w:val="666666"/>
                <w:sz w:val="18"/>
                <w:rtl/>
              </w:rPr>
              <w:t>ر</w:t>
            </w:r>
          </w:p>
        </w:tc>
        <w:tc>
          <w:tcPr>
            <w:tcW w:w="3587" w:type="dxa"/>
            <w:shd w:val="clear" w:color="auto" w:fill="F2F5F8"/>
            <w:vAlign w:val="center"/>
          </w:tcPr>
          <w:p w14:paraId="2AD0E325" w14:textId="5473CB38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آیا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راهکار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در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محیط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واقعی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اجرا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شده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است؟</w:t>
            </w:r>
          </w:p>
        </w:tc>
      </w:tr>
      <w:tr w:rsidR="00EE2603" w:rsidRPr="003824FD" w14:paraId="2E2C2A7B" w14:textId="77777777" w:rsidTr="00EE2603">
        <w:trPr>
          <w:jc w:val="center"/>
        </w:trPr>
        <w:tc>
          <w:tcPr>
            <w:tcW w:w="6846" w:type="dxa"/>
            <w:vAlign w:val="center"/>
          </w:tcPr>
          <w:p w14:paraId="15EEC2E9" w14:textId="391C9466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</w:t>
            </w:r>
          </w:p>
        </w:tc>
        <w:tc>
          <w:tcPr>
            <w:tcW w:w="3587" w:type="dxa"/>
            <w:vAlign w:val="center"/>
          </w:tcPr>
          <w:p w14:paraId="5B6F4995" w14:textId="5BE80D4D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تعداد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پروژه‌های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صنعتی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اجراشده</w:t>
            </w:r>
          </w:p>
        </w:tc>
      </w:tr>
      <w:tr w:rsidR="00EE2603" w:rsidRPr="003824FD" w14:paraId="6E4C02E1" w14:textId="77777777" w:rsidTr="00EE2603">
        <w:trPr>
          <w:jc w:val="center"/>
        </w:trPr>
        <w:tc>
          <w:tcPr>
            <w:tcW w:w="6846" w:type="dxa"/>
            <w:shd w:val="clear" w:color="auto" w:fill="F2F5F8"/>
            <w:vAlign w:val="center"/>
          </w:tcPr>
          <w:p w14:paraId="4C7E450C" w14:textId="1875D0F1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587" w:type="dxa"/>
            <w:shd w:val="clear" w:color="auto" w:fill="F2F5F8"/>
            <w:vAlign w:val="center"/>
          </w:tcPr>
          <w:p w14:paraId="1A120416" w14:textId="4378FBB6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مهم‌ترین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مشتریان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صنایع</w:t>
            </w:r>
          </w:p>
        </w:tc>
      </w:tr>
      <w:tr w:rsidR="00EE2603" w:rsidRPr="003824FD" w14:paraId="05257AA2" w14:textId="77777777" w:rsidTr="00EE2603">
        <w:trPr>
          <w:jc w:val="center"/>
        </w:trPr>
        <w:tc>
          <w:tcPr>
            <w:tcW w:w="6846" w:type="dxa"/>
            <w:vAlign w:val="center"/>
          </w:tcPr>
          <w:p w14:paraId="615D676F" w14:textId="7ADD76C1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587" w:type="dxa"/>
            <w:vAlign w:val="center"/>
          </w:tcPr>
          <w:p w14:paraId="14488D15" w14:textId="7EB352C6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سوابق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مشابه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با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صنعت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خودرو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>/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ماشین‌آلات</w:t>
            </w:r>
          </w:p>
        </w:tc>
      </w:tr>
      <w:tr w:rsidR="00EE2603" w:rsidRPr="003824FD" w14:paraId="2567C5DE" w14:textId="77777777" w:rsidTr="00EE2603">
        <w:trPr>
          <w:jc w:val="center"/>
        </w:trPr>
        <w:tc>
          <w:tcPr>
            <w:tcW w:w="6846" w:type="dxa"/>
            <w:shd w:val="clear" w:color="auto" w:fill="F2F5F8"/>
            <w:vAlign w:val="center"/>
          </w:tcPr>
          <w:p w14:paraId="194C5CFF" w14:textId="1D21B5B6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587" w:type="dxa"/>
            <w:shd w:val="clear" w:color="auto" w:fill="F2F5F8"/>
            <w:vAlign w:val="center"/>
          </w:tcPr>
          <w:p w14:paraId="7C9F2A61" w14:textId="5C0B011D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نتایج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حاصل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از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پروژه‌های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قبلی</w:t>
            </w:r>
          </w:p>
        </w:tc>
      </w:tr>
      <w:tr w:rsidR="00EE2603" w:rsidRPr="003824FD" w14:paraId="31D47532" w14:textId="77777777" w:rsidTr="00EE2603">
        <w:trPr>
          <w:jc w:val="center"/>
        </w:trPr>
        <w:tc>
          <w:tcPr>
            <w:tcW w:w="6846" w:type="dxa"/>
            <w:vAlign w:val="center"/>
          </w:tcPr>
          <w:p w14:paraId="6E0992BD" w14:textId="3144DAAA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587" w:type="dxa"/>
            <w:vAlign w:val="center"/>
          </w:tcPr>
          <w:p w14:paraId="3A632BE7" w14:textId="23466F1B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مجوزها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استانداردها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گواهی‌ها</w:t>
            </w:r>
          </w:p>
        </w:tc>
      </w:tr>
    </w:tbl>
    <w:p w14:paraId="3EA0D914" w14:textId="2E5D327C" w:rsidR="008300C2" w:rsidRPr="00EE2603" w:rsidRDefault="00EE2603">
      <w:pPr>
        <w:pBdr>
          <w:bottom w:val="single" w:sz="10" w:space="3" w:color="C00000"/>
        </w:pBdr>
        <w:spacing w:before="120" w:after="100"/>
        <w:jc w:val="right"/>
        <w:rPr>
          <w:rFonts w:ascii="B Titr" w:eastAsia="B Titr" w:hAnsi="B Titr" w:cs="2  Titr"/>
          <w:b/>
          <w:color w:val="006666"/>
          <w:sz w:val="32"/>
          <w:szCs w:val="32"/>
          <w:lang w:bidi="fa-IR"/>
        </w:rPr>
      </w:pP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  <w:lang w:bidi="fa-IR"/>
        </w:rPr>
        <w:t>بخش ۶ ـ پ</w:t>
      </w:r>
      <w:r w:rsidRPr="00EE2603">
        <w:rPr>
          <w:rFonts w:ascii="B Titr" w:eastAsia="B Titr" w:hAnsi="B Titr" w:cs="2  Titr" w:hint="cs"/>
          <w:b/>
          <w:color w:val="006666"/>
          <w:sz w:val="32"/>
          <w:szCs w:val="32"/>
          <w:rtl/>
          <w:lang w:bidi="fa-IR"/>
        </w:rPr>
        <w:t>ی</w:t>
      </w:r>
      <w:r w:rsidRPr="00EE2603">
        <w:rPr>
          <w:rFonts w:ascii="B Titr" w:eastAsia="B Titr" w:hAnsi="B Titr" w:cs="2  Titr" w:hint="eastAsia"/>
          <w:b/>
          <w:color w:val="006666"/>
          <w:sz w:val="32"/>
          <w:szCs w:val="32"/>
          <w:rtl/>
          <w:lang w:bidi="fa-IR"/>
        </w:rPr>
        <w:t>شنهاد</w:t>
      </w: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  <w:lang w:bidi="fa-IR"/>
        </w:rPr>
        <w:t xml:space="preserve"> فن</w:t>
      </w:r>
      <w:r w:rsidRPr="00EE2603">
        <w:rPr>
          <w:rFonts w:ascii="B Titr" w:eastAsia="B Titr" w:hAnsi="B Titr" w:cs="2  Titr" w:hint="cs"/>
          <w:b/>
          <w:color w:val="006666"/>
          <w:sz w:val="32"/>
          <w:szCs w:val="32"/>
          <w:rtl/>
          <w:lang w:bidi="fa-IR"/>
        </w:rPr>
        <w:t>ی</w:t>
      </w: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  <w:lang w:bidi="fa-IR"/>
        </w:rPr>
        <w:t xml:space="preserve"> اجرا</w:t>
      </w:r>
      <w:r w:rsidRPr="00EE2603">
        <w:rPr>
          <w:rFonts w:ascii="B Titr" w:eastAsia="B Titr" w:hAnsi="B Titr" w:cs="2  Titr" w:hint="cs"/>
          <w:b/>
          <w:color w:val="006666"/>
          <w:sz w:val="32"/>
          <w:szCs w:val="32"/>
          <w:rtl/>
          <w:lang w:bidi="fa-IR"/>
        </w:rPr>
        <w:t>ی</w:t>
      </w: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  <w:lang w:bidi="fa-IR"/>
        </w:rPr>
        <w:t xml:space="preserve"> پروژه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6824"/>
        <w:gridCol w:w="3588"/>
      </w:tblGrid>
      <w:tr w:rsidR="00EE2603" w:rsidRPr="003824FD" w14:paraId="23F990D3" w14:textId="77777777" w:rsidTr="00EE2603">
        <w:trPr>
          <w:jc w:val="center"/>
        </w:trPr>
        <w:tc>
          <w:tcPr>
            <w:tcW w:w="6824" w:type="dxa"/>
            <w:shd w:val="clear" w:color="auto" w:fill="F2F5F8"/>
            <w:vAlign w:val="center"/>
          </w:tcPr>
          <w:p w14:paraId="75B18526" w14:textId="4A49BE91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588" w:type="dxa"/>
            <w:shd w:val="clear" w:color="auto" w:fill="F2F5F8"/>
            <w:vAlign w:val="center"/>
          </w:tcPr>
          <w:p w14:paraId="75D10492" w14:textId="45D836EC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روش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پیشنهادی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اجرا</w:t>
            </w:r>
          </w:p>
        </w:tc>
      </w:tr>
      <w:tr w:rsidR="00EE2603" w:rsidRPr="003824FD" w14:paraId="7E72C97F" w14:textId="77777777" w:rsidTr="00EE2603">
        <w:trPr>
          <w:jc w:val="center"/>
        </w:trPr>
        <w:tc>
          <w:tcPr>
            <w:tcW w:w="6824" w:type="dxa"/>
            <w:vAlign w:val="center"/>
          </w:tcPr>
          <w:p w14:paraId="6957BB29" w14:textId="12615395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EE2603">
              <w:rPr>
                <w:rFonts w:cs="B Nazanin"/>
                <w:color w:val="666666"/>
                <w:sz w:val="18"/>
              </w:rPr>
              <w:t xml:space="preserve">................................ </w:t>
            </w:r>
            <w:r w:rsidRPr="00EE2603">
              <w:rPr>
                <w:rFonts w:cs="B Nazanin"/>
                <w:color w:val="666666"/>
                <w:sz w:val="18"/>
                <w:rtl/>
              </w:rPr>
              <w:t>هفته/ ماه</w:t>
            </w:r>
          </w:p>
        </w:tc>
        <w:tc>
          <w:tcPr>
            <w:tcW w:w="3588" w:type="dxa"/>
            <w:vAlign w:val="center"/>
          </w:tcPr>
          <w:p w14:paraId="6DA8C657" w14:textId="637FC4F0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مدت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زمان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موردنیاز</w:t>
            </w:r>
          </w:p>
        </w:tc>
      </w:tr>
      <w:tr w:rsidR="00EE2603" w:rsidRPr="003824FD" w14:paraId="10B7624B" w14:textId="77777777" w:rsidTr="00EE2603">
        <w:trPr>
          <w:jc w:val="center"/>
        </w:trPr>
        <w:tc>
          <w:tcPr>
            <w:tcW w:w="6824" w:type="dxa"/>
            <w:shd w:val="clear" w:color="auto" w:fill="F2F5F8"/>
            <w:vAlign w:val="center"/>
          </w:tcPr>
          <w:p w14:paraId="47DB7B9C" w14:textId="1F16D42A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588" w:type="dxa"/>
            <w:shd w:val="clear" w:color="auto" w:fill="F2F5F8"/>
            <w:vAlign w:val="center"/>
          </w:tcPr>
          <w:p w14:paraId="3B3EB943" w14:textId="69E5EE70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نیازمندی‌های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زیرساختی</w:t>
            </w:r>
          </w:p>
        </w:tc>
      </w:tr>
      <w:tr w:rsidR="00EE2603" w:rsidRPr="003824FD" w14:paraId="58FC965B" w14:textId="77777777" w:rsidTr="00EE2603">
        <w:trPr>
          <w:jc w:val="center"/>
        </w:trPr>
        <w:tc>
          <w:tcPr>
            <w:tcW w:w="6824" w:type="dxa"/>
            <w:vAlign w:val="center"/>
          </w:tcPr>
          <w:p w14:paraId="10338D58" w14:textId="49D605BB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588" w:type="dxa"/>
            <w:vAlign w:val="center"/>
          </w:tcPr>
          <w:p w14:paraId="3113D6C4" w14:textId="4233FFF7" w:rsidR="00EE2603" w:rsidRPr="00EE2603" w:rsidRDefault="00EE2603" w:rsidP="00EE2603">
            <w:pPr>
              <w:spacing w:after="0"/>
              <w:jc w:val="center"/>
              <w:rPr>
                <w:rFonts w:asciiTheme="minorHAnsi" w:hAnsiTheme="minorHAnsi" w:cs="B Nazanin"/>
                <w:b/>
                <w:bCs/>
                <w:color w:val="006666"/>
                <w:lang w:bidi="fa-IR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نیروی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انسانی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موردنیاز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از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سمت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تراکتورساز</w:t>
            </w:r>
            <w:r>
              <w:rPr>
                <w:rFonts w:cs="B Nazanin" w:hint="cs"/>
                <w:b/>
                <w:bCs/>
                <w:color w:val="006666"/>
                <w:rtl/>
                <w:lang w:bidi="fa-IR"/>
              </w:rPr>
              <w:t>ی</w:t>
            </w:r>
          </w:p>
        </w:tc>
      </w:tr>
      <w:tr w:rsidR="00EE2603" w:rsidRPr="003824FD" w14:paraId="189B5A9A" w14:textId="77777777" w:rsidTr="00EE2603">
        <w:trPr>
          <w:jc w:val="center"/>
        </w:trPr>
        <w:tc>
          <w:tcPr>
            <w:tcW w:w="6824" w:type="dxa"/>
            <w:shd w:val="clear" w:color="auto" w:fill="F2F5F8"/>
            <w:vAlign w:val="center"/>
          </w:tcPr>
          <w:p w14:paraId="48A7121C" w14:textId="32A6B2CC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588" w:type="dxa"/>
            <w:shd w:val="clear" w:color="auto" w:fill="F2F5F8"/>
            <w:vAlign w:val="center"/>
          </w:tcPr>
          <w:p w14:paraId="123BD766" w14:textId="49F051EC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مراحل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پیشنهادی</w:t>
            </w:r>
            <w:r w:rsidRPr="00EE2603">
              <w:rPr>
                <w:rFonts w:cs="B Nazanin"/>
                <w:b/>
                <w:bCs/>
                <w:color w:val="006666"/>
              </w:rPr>
              <w:t xml:space="preserve"> PoC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پایلوت</w:t>
            </w:r>
          </w:p>
        </w:tc>
      </w:tr>
      <w:tr w:rsidR="00EE2603" w:rsidRPr="003824FD" w14:paraId="4AF2DEAF" w14:textId="77777777" w:rsidTr="00EE2603">
        <w:trPr>
          <w:jc w:val="center"/>
        </w:trPr>
        <w:tc>
          <w:tcPr>
            <w:tcW w:w="6824" w:type="dxa"/>
            <w:vAlign w:val="center"/>
          </w:tcPr>
          <w:p w14:paraId="472ABD88" w14:textId="40260A1C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588" w:type="dxa"/>
            <w:vAlign w:val="center"/>
          </w:tcPr>
          <w:p w14:paraId="0644AD3C" w14:textId="0F0ACD86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شاخص‌های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موفقیت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پیشنهادی</w:t>
            </w:r>
          </w:p>
        </w:tc>
      </w:tr>
    </w:tbl>
    <w:p w14:paraId="6255BFB5" w14:textId="4AD19059" w:rsidR="008300C2" w:rsidRPr="003824FD" w:rsidRDefault="00EE2603">
      <w:pPr>
        <w:pBdr>
          <w:bottom w:val="single" w:sz="10" w:space="3" w:color="C00000"/>
        </w:pBdr>
        <w:spacing w:before="120" w:after="100"/>
        <w:jc w:val="right"/>
        <w:rPr>
          <w:rFonts w:cs="B Nazanin"/>
          <w:color w:val="006666"/>
        </w:rPr>
      </w:pPr>
      <w:r w:rsidRPr="00EE2603">
        <w:rPr>
          <w:rFonts w:ascii="B Titr" w:eastAsia="B Titr" w:hAnsi="B Titr" w:cs="2  Titr"/>
          <w:b/>
          <w:color w:val="006666"/>
          <w:sz w:val="32"/>
          <w:szCs w:val="32"/>
          <w:rtl/>
          <w:lang w:bidi="fa-IR"/>
        </w:rPr>
        <w:t>بخش ۷ ـ برآورد اقتصاد</w:t>
      </w:r>
      <w:r w:rsidRPr="00EE2603">
        <w:rPr>
          <w:rFonts w:ascii="B Titr" w:eastAsia="B Titr" w:hAnsi="B Titr" w:cs="2  Titr" w:hint="cs"/>
          <w:b/>
          <w:color w:val="006666"/>
          <w:sz w:val="32"/>
          <w:szCs w:val="32"/>
          <w:rtl/>
          <w:lang w:bidi="fa-IR"/>
        </w:rPr>
        <w:t>ی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6938"/>
        <w:gridCol w:w="3478"/>
      </w:tblGrid>
      <w:tr w:rsidR="00EE2603" w:rsidRPr="003824FD" w14:paraId="1A1CFBB5" w14:textId="77777777" w:rsidTr="00EE2603">
        <w:trPr>
          <w:jc w:val="center"/>
        </w:trPr>
        <w:tc>
          <w:tcPr>
            <w:tcW w:w="6956" w:type="dxa"/>
            <w:shd w:val="clear" w:color="auto" w:fill="F2F5F8"/>
            <w:vAlign w:val="center"/>
          </w:tcPr>
          <w:p w14:paraId="1F68704F" w14:textId="0996F6A1" w:rsidR="00EE2603" w:rsidRPr="003824FD" w:rsidRDefault="00EE2603" w:rsidP="00EE2603">
            <w:pPr>
              <w:bidi/>
              <w:spacing w:after="0"/>
              <w:rPr>
                <w:rFonts w:cs="B Nazanin"/>
                <w:color w:val="666666"/>
                <w:sz w:val="18"/>
              </w:rPr>
            </w:pPr>
            <w:r w:rsidRPr="00EE2603">
              <w:rPr>
                <w:rFonts w:cs="B Nazanin"/>
                <w:color w:val="666666"/>
                <w:sz w:val="18"/>
                <w:rtl/>
              </w:rPr>
              <w:t>........................................................ ر</w:t>
            </w:r>
            <w:r w:rsidRPr="00EE2603">
              <w:rPr>
                <w:rFonts w:cs="B Nazanin" w:hint="cs"/>
                <w:color w:val="666666"/>
                <w:sz w:val="18"/>
                <w:rtl/>
              </w:rPr>
              <w:t>ی</w:t>
            </w:r>
            <w:r w:rsidRPr="00EE2603">
              <w:rPr>
                <w:rFonts w:cs="B Nazanin" w:hint="eastAsia"/>
                <w:color w:val="666666"/>
                <w:sz w:val="18"/>
                <w:rtl/>
              </w:rPr>
              <w:t>ال</w:t>
            </w:r>
          </w:p>
        </w:tc>
        <w:tc>
          <w:tcPr>
            <w:tcW w:w="3489" w:type="dxa"/>
            <w:shd w:val="clear" w:color="auto" w:fill="F2F5F8"/>
            <w:vAlign w:val="center"/>
          </w:tcPr>
          <w:p w14:paraId="3BC74633" w14:textId="28C4EF9D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هزینه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توسعه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آماده‌سازی</w:t>
            </w:r>
          </w:p>
        </w:tc>
      </w:tr>
      <w:tr w:rsidR="00EE2603" w:rsidRPr="003824FD" w14:paraId="1BB95093" w14:textId="77777777" w:rsidTr="00F827E3">
        <w:trPr>
          <w:jc w:val="center"/>
        </w:trPr>
        <w:tc>
          <w:tcPr>
            <w:tcW w:w="6956" w:type="dxa"/>
          </w:tcPr>
          <w:p w14:paraId="70008A47" w14:textId="6C998E5F" w:rsidR="00EE2603" w:rsidRPr="003824FD" w:rsidRDefault="00EE2603" w:rsidP="00EE2603">
            <w:pPr>
              <w:bidi/>
              <w:spacing w:after="0"/>
              <w:rPr>
                <w:rFonts w:cs="B Nazanin"/>
                <w:color w:val="666666"/>
                <w:sz w:val="18"/>
              </w:rPr>
            </w:pPr>
            <w:r>
              <w:rPr>
                <w:rFonts w:asciiTheme="minorHAnsi" w:hAnsiTheme="minorHAnsi" w:cs="B Nazanin"/>
                <w:color w:val="666666"/>
                <w:sz w:val="18"/>
              </w:rPr>
              <w:t xml:space="preserve"> </w:t>
            </w:r>
            <w:r w:rsidRPr="00EE2603">
              <w:rPr>
                <w:rFonts w:cs="B Nazanin"/>
                <w:color w:val="666666"/>
                <w:sz w:val="18"/>
              </w:rPr>
              <w:t xml:space="preserve">........................................................ </w:t>
            </w:r>
            <w:r w:rsidRPr="00EE2603">
              <w:rPr>
                <w:rFonts w:cs="B Nazanin" w:hint="cs"/>
                <w:color w:val="666666"/>
                <w:sz w:val="18"/>
                <w:rtl/>
              </w:rPr>
              <w:t>ریال</w:t>
            </w:r>
          </w:p>
        </w:tc>
        <w:tc>
          <w:tcPr>
            <w:tcW w:w="3489" w:type="dxa"/>
            <w:vAlign w:val="center"/>
          </w:tcPr>
          <w:p w14:paraId="44CEFF09" w14:textId="15368FDF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هزینه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اجرای</w:t>
            </w:r>
            <w:r w:rsidRPr="00EE2603">
              <w:rPr>
                <w:rFonts w:cs="B Nazanin"/>
                <w:b/>
                <w:bCs/>
                <w:color w:val="006666"/>
              </w:rPr>
              <w:t xml:space="preserve"> PoC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پایلوت</w:t>
            </w:r>
          </w:p>
        </w:tc>
      </w:tr>
      <w:tr w:rsidR="00EE2603" w:rsidRPr="003824FD" w14:paraId="7D3DE55D" w14:textId="77777777" w:rsidTr="00F827E3">
        <w:trPr>
          <w:jc w:val="center"/>
        </w:trPr>
        <w:tc>
          <w:tcPr>
            <w:tcW w:w="6956" w:type="dxa"/>
            <w:shd w:val="clear" w:color="auto" w:fill="F2F5F8"/>
          </w:tcPr>
          <w:p w14:paraId="3F808DDF" w14:textId="59F7C66D" w:rsidR="00EE2603" w:rsidRPr="003824FD" w:rsidRDefault="00EE2603" w:rsidP="00EE2603">
            <w:pPr>
              <w:bidi/>
              <w:spacing w:after="0"/>
              <w:rPr>
                <w:rFonts w:cs="B Nazanin"/>
                <w:color w:val="666666"/>
                <w:sz w:val="18"/>
              </w:rPr>
            </w:pPr>
            <w:r w:rsidRPr="00EE2603">
              <w:rPr>
                <w:rFonts w:cs="B Nazanin"/>
                <w:color w:val="666666"/>
                <w:sz w:val="18"/>
              </w:rPr>
              <w:t xml:space="preserve">........................................................ </w:t>
            </w:r>
            <w:r>
              <w:rPr>
                <w:rFonts w:cs="B Nazanin" w:hint="cs"/>
                <w:color w:val="666666"/>
                <w:sz w:val="18"/>
                <w:rtl/>
                <w:lang w:bidi="fa-IR"/>
              </w:rPr>
              <w:t xml:space="preserve"> </w:t>
            </w:r>
            <w:r w:rsidRPr="00EE2603">
              <w:rPr>
                <w:rFonts w:cs="B Nazanin" w:hint="cs"/>
                <w:color w:val="666666"/>
                <w:sz w:val="18"/>
                <w:rtl/>
              </w:rPr>
              <w:t>ریال</w:t>
            </w:r>
          </w:p>
        </w:tc>
        <w:tc>
          <w:tcPr>
            <w:tcW w:w="3489" w:type="dxa"/>
            <w:shd w:val="clear" w:color="auto" w:fill="F2F5F8"/>
            <w:vAlign w:val="center"/>
          </w:tcPr>
          <w:p w14:paraId="24A8E0F1" w14:textId="72B825D9" w:rsidR="00EE2603" w:rsidRPr="00EE2603" w:rsidRDefault="00EE2603" w:rsidP="00EE2603">
            <w:pPr>
              <w:bidi/>
              <w:spacing w:after="0"/>
              <w:jc w:val="center"/>
              <w:rPr>
                <w:rFonts w:cs="B Nazanin"/>
                <w:b/>
                <w:bCs/>
                <w:color w:val="006666"/>
                <w:rtl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هزینه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استقرار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نهایی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>(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برآورد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>)</w:t>
            </w:r>
          </w:p>
        </w:tc>
      </w:tr>
      <w:tr w:rsidR="00EE2603" w:rsidRPr="003824FD" w14:paraId="6080EB7C" w14:textId="77777777" w:rsidTr="00EE2603">
        <w:trPr>
          <w:jc w:val="center"/>
        </w:trPr>
        <w:tc>
          <w:tcPr>
            <w:tcW w:w="6956" w:type="dxa"/>
            <w:vAlign w:val="center"/>
          </w:tcPr>
          <w:p w14:paraId="50808157" w14:textId="5280F467" w:rsidR="00EE2603" w:rsidRPr="003824FD" w:rsidRDefault="00EE2603" w:rsidP="00EE2603">
            <w:pPr>
              <w:bidi/>
              <w:spacing w:after="0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489" w:type="dxa"/>
            <w:vAlign w:val="center"/>
          </w:tcPr>
          <w:p w14:paraId="52237B91" w14:textId="5BDFB8BD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صرفه‌جویی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منفعت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اقتصادی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مورد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انتظار</w:t>
            </w:r>
          </w:p>
        </w:tc>
      </w:tr>
      <w:tr w:rsidR="00EE2603" w:rsidRPr="003824FD" w14:paraId="7C5EF98E" w14:textId="77777777" w:rsidTr="00EE2603">
        <w:trPr>
          <w:jc w:val="center"/>
        </w:trPr>
        <w:tc>
          <w:tcPr>
            <w:tcW w:w="6956" w:type="dxa"/>
            <w:shd w:val="clear" w:color="auto" w:fill="F2F5F8"/>
            <w:vAlign w:val="center"/>
          </w:tcPr>
          <w:p w14:paraId="1FA9F7F5" w14:textId="382D05C2" w:rsidR="00EE2603" w:rsidRPr="003824FD" w:rsidRDefault="00EE2603" w:rsidP="00EE2603">
            <w:pPr>
              <w:bidi/>
              <w:spacing w:after="0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489" w:type="dxa"/>
            <w:shd w:val="clear" w:color="auto" w:fill="F2F5F8"/>
            <w:vAlign w:val="center"/>
          </w:tcPr>
          <w:p w14:paraId="0D477125" w14:textId="2D1EFD06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کاهش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ارزبری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وابستگی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در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صورت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وجود</w:t>
            </w:r>
          </w:p>
        </w:tc>
      </w:tr>
    </w:tbl>
    <w:p w14:paraId="6298A628" w14:textId="77777777" w:rsidR="008300C2" w:rsidRPr="003824FD" w:rsidRDefault="00C4692E">
      <w:pPr>
        <w:rPr>
          <w:rFonts w:cs="B Nazanin"/>
        </w:rPr>
      </w:pPr>
      <w:r w:rsidRPr="003824FD">
        <w:rPr>
          <w:rFonts w:cs="B Nazanin"/>
        </w:rPr>
        <w:br w:type="page"/>
      </w:r>
    </w:p>
    <w:p w14:paraId="152B4A30" w14:textId="77777777" w:rsidR="008300C2" w:rsidRPr="003824FD" w:rsidRDefault="00C4692E">
      <w:pPr>
        <w:pBdr>
          <w:bottom w:val="single" w:sz="10" w:space="3" w:color="C00000"/>
        </w:pBdr>
        <w:spacing w:before="120" w:after="100"/>
        <w:jc w:val="right"/>
        <w:rPr>
          <w:rFonts w:cs="B Nazanin"/>
          <w:color w:val="006666"/>
        </w:rPr>
      </w:pPr>
      <w:r w:rsidRPr="003824FD">
        <w:rPr>
          <w:rFonts w:ascii="B Titr" w:eastAsia="B Titr" w:hAnsi="B Titr" w:cs="B Nazanin"/>
          <w:b/>
          <w:color w:val="006666"/>
          <w:sz w:val="30"/>
        </w:rPr>
        <w:lastRenderedPageBreak/>
        <w:t xml:space="preserve">بخش </w:t>
      </w:r>
      <w:r w:rsidRPr="00EE2603">
        <w:rPr>
          <w:rFonts w:ascii="B Titr" w:eastAsia="B Titr" w:hAnsi="B Titr" w:cs="B Nazanin"/>
          <w:b/>
          <w:color w:val="006666"/>
          <w:sz w:val="40"/>
          <w:szCs w:val="32"/>
        </w:rPr>
        <w:t>۸</w:t>
      </w:r>
      <w:r w:rsidRPr="003824FD">
        <w:rPr>
          <w:rFonts w:ascii="B Titr" w:eastAsia="B Titr" w:hAnsi="B Titr" w:cs="B Nazanin"/>
          <w:b/>
          <w:color w:val="006666"/>
          <w:sz w:val="30"/>
        </w:rPr>
        <w:t xml:space="preserve"> ـ مدل پیشنهادی همکاری</w:t>
      </w:r>
    </w:p>
    <w:p w14:paraId="38C9DE5E" w14:textId="26994C4C" w:rsidR="008300C2" w:rsidRPr="003824FD" w:rsidRDefault="00EE2603" w:rsidP="00B62F13">
      <w:pPr>
        <w:bidi/>
        <w:spacing w:after="80" w:line="264" w:lineRule="auto"/>
        <w:jc w:val="both"/>
        <w:rPr>
          <w:rFonts w:cs="B Nazanin"/>
        </w:rPr>
      </w:pP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ک</w:t>
      </w:r>
      <w:r w:rsidRPr="00EE2603">
        <w:rPr>
          <w:rFonts w:cs="B Nazanin"/>
          <w:color w:val="222222"/>
          <w:rtl/>
        </w:rPr>
        <w:t xml:space="preserve"> 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ا</w:t>
      </w:r>
      <w:r w:rsidRPr="00EE2603">
        <w:rPr>
          <w:rFonts w:cs="B Nazanin"/>
          <w:color w:val="222222"/>
          <w:rtl/>
        </w:rPr>
        <w:t xml:space="preserve"> چند گز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نه</w:t>
      </w:r>
      <w:r w:rsidRPr="00EE2603">
        <w:rPr>
          <w:rFonts w:cs="B Nazanin"/>
          <w:color w:val="222222"/>
          <w:rtl/>
        </w:rPr>
        <w:t xml:space="preserve"> را انتخاب کرده و در صورت ن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از</w:t>
      </w:r>
      <w:r w:rsidRPr="00EE2603">
        <w:rPr>
          <w:rFonts w:cs="B Nazanin"/>
          <w:color w:val="222222"/>
          <w:rtl/>
        </w:rPr>
        <w:t xml:space="preserve"> توض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ح</w:t>
      </w:r>
      <w:r w:rsidRPr="00EE2603">
        <w:rPr>
          <w:rFonts w:cs="B Nazanin"/>
          <w:color w:val="222222"/>
          <w:rtl/>
        </w:rPr>
        <w:t xml:space="preserve"> تکم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ل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/>
          <w:color w:val="222222"/>
          <w:rtl/>
        </w:rPr>
        <w:t xml:space="preserve"> ارائه کن</w:t>
      </w:r>
      <w:r w:rsidRPr="00EE2603">
        <w:rPr>
          <w:rFonts w:cs="B Nazanin" w:hint="cs"/>
          <w:color w:val="222222"/>
          <w:rtl/>
        </w:rPr>
        <w:t>ی</w:t>
      </w:r>
      <w:r w:rsidRPr="00EE2603">
        <w:rPr>
          <w:rFonts w:cs="B Nazanin" w:hint="eastAsia"/>
          <w:color w:val="222222"/>
          <w:rtl/>
        </w:rPr>
        <w:t>د</w:t>
      </w:r>
      <w:r w:rsidRPr="00EE2603">
        <w:rPr>
          <w:rFonts w:cs="B Nazanin"/>
          <w:color w:val="222222"/>
          <w:rtl/>
        </w:rPr>
        <w:t>: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7351"/>
        <w:gridCol w:w="3058"/>
      </w:tblGrid>
      <w:tr w:rsidR="00EE2603" w:rsidRPr="003824FD" w14:paraId="08B0FDA4" w14:textId="77777777" w:rsidTr="00EE2603">
        <w:trPr>
          <w:jc w:val="center"/>
        </w:trPr>
        <w:tc>
          <w:tcPr>
            <w:tcW w:w="7351" w:type="dxa"/>
            <w:shd w:val="clear" w:color="auto" w:fill="F2F5F8"/>
            <w:vAlign w:val="center"/>
          </w:tcPr>
          <w:p w14:paraId="1D000F69" w14:textId="10D2FDD0" w:rsidR="00EE2603" w:rsidRPr="006572A5" w:rsidRDefault="00EE2603" w:rsidP="006572A5">
            <w:pPr>
              <w:bidi/>
              <w:spacing w:after="0"/>
              <w:rPr>
                <w:rFonts w:cs="B Nazanin"/>
                <w:color w:val="666666"/>
                <w:sz w:val="18"/>
                <w:szCs w:val="18"/>
              </w:rPr>
            </w:pP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توسعه مشترک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</w: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ساخت نمونه اولیه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  <w:t xml:space="preserve"> </w:t>
            </w:r>
            <w:r w:rsidR="006572A5" w:rsidRPr="006572A5">
              <w:rPr>
                <w:rFonts w:cs="B Nazanin" w:hint="cs"/>
                <w:color w:val="666666"/>
                <w:sz w:val="18"/>
                <w:szCs w:val="18"/>
                <w:rtl/>
              </w:rPr>
              <w:t xml:space="preserve">اجرای پایلوت/ </w:t>
            </w:r>
            <w:r w:rsidR="006572A5">
              <w:rPr>
                <w:rFonts w:asciiTheme="minorHAnsi" w:hAnsiTheme="minorHAnsi" w:cs="B Nazanin"/>
                <w:color w:val="666666"/>
                <w:sz w:val="18"/>
                <w:szCs w:val="18"/>
              </w:rPr>
              <w:t>POC</w:t>
            </w:r>
            <w:r w:rsidR="006572A5" w:rsidRPr="006572A5">
              <w:rPr>
                <w:rFonts w:cs="B Nazanin" w:hint="cs"/>
                <w:color w:val="666666"/>
                <w:sz w:val="18"/>
                <w:szCs w:val="18"/>
                <w:rtl/>
                <w:lang w:bidi="fa-IR"/>
              </w:rPr>
              <w:t xml:space="preserve"> </w:t>
            </w:r>
            <w:r w:rsidR="006572A5"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</w: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تأمین و استقرار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</w: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قرارداد پروژه‌ای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</w: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همکاری تجاری بلندمدت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</w: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بررسی سرمایه‌گذاری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br/>
            </w:r>
            <w:r w:rsidRPr="006572A5">
              <w:rPr>
                <w:rFonts w:ascii="Arial" w:hAnsi="Arial" w:cs="B Nazanin"/>
                <w:color w:val="666666"/>
                <w:sz w:val="18"/>
                <w:szCs w:val="18"/>
              </w:rPr>
              <w:t>□</w:t>
            </w:r>
            <w:r w:rsidRPr="006572A5">
              <w:rPr>
                <w:rFonts w:cs="B Nazanin"/>
                <w:color w:val="666666"/>
                <w:sz w:val="18"/>
                <w:szCs w:val="18"/>
              </w:rPr>
              <w:t xml:space="preserve"> سایر</w:t>
            </w:r>
          </w:p>
        </w:tc>
        <w:tc>
          <w:tcPr>
            <w:tcW w:w="3058" w:type="dxa"/>
            <w:shd w:val="clear" w:color="auto" w:fill="F2F5F8"/>
            <w:vAlign w:val="center"/>
          </w:tcPr>
          <w:p w14:paraId="0D1254D2" w14:textId="1687943F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مدل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همکاری</w:t>
            </w:r>
          </w:p>
        </w:tc>
      </w:tr>
      <w:tr w:rsidR="00EE2603" w:rsidRPr="003824FD" w14:paraId="75168570" w14:textId="77777777" w:rsidTr="00EE2603">
        <w:trPr>
          <w:jc w:val="center"/>
        </w:trPr>
        <w:tc>
          <w:tcPr>
            <w:tcW w:w="7351" w:type="dxa"/>
            <w:vAlign w:val="center"/>
          </w:tcPr>
          <w:p w14:paraId="31369B39" w14:textId="08F1E4AB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 xml:space="preserve">ندارد </w:t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دارد </w:t>
            </w:r>
            <w:r w:rsidR="0025016E"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مبلغ موردنیاز: ................................ ریال</w:t>
            </w:r>
          </w:p>
        </w:tc>
        <w:tc>
          <w:tcPr>
            <w:tcW w:w="3058" w:type="dxa"/>
            <w:vAlign w:val="center"/>
          </w:tcPr>
          <w:p w14:paraId="032A5F69" w14:textId="71405D6D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نیاز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مالی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/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سرمایه‌ای</w:t>
            </w:r>
          </w:p>
        </w:tc>
      </w:tr>
      <w:tr w:rsidR="00EE2603" w:rsidRPr="003824FD" w14:paraId="640D45AE" w14:textId="77777777" w:rsidTr="00EE2603">
        <w:trPr>
          <w:jc w:val="center"/>
        </w:trPr>
        <w:tc>
          <w:tcPr>
            <w:tcW w:w="7351" w:type="dxa"/>
            <w:shd w:val="clear" w:color="auto" w:fill="F2F5F8"/>
            <w:vAlign w:val="center"/>
          </w:tcPr>
          <w:p w14:paraId="3789997B" w14:textId="53D7E821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دسترسی به محیط صنعتی </w:t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زیرساخت و تجهیزات </w:t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توسعه فنی</w:t>
            </w:r>
            <w:r w:rsidRPr="003824FD">
              <w:rPr>
                <w:rFonts w:cs="B Nazanin"/>
                <w:color w:val="666666"/>
                <w:sz w:val="18"/>
              </w:rPr>
              <w:br/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سرمایه </w:t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بازار</w:t>
            </w:r>
            <w:r w:rsidR="0025016E">
              <w:rPr>
                <w:rFonts w:cs="B Nazanin"/>
                <w:color w:val="666666"/>
                <w:sz w:val="18"/>
              </w:rPr>
              <w:t>/</w:t>
            </w:r>
            <w:r w:rsidRPr="003824FD">
              <w:rPr>
                <w:rFonts w:cs="B Nazanin"/>
                <w:color w:val="666666"/>
                <w:sz w:val="18"/>
              </w:rPr>
              <w:t xml:space="preserve"> مشتری</w:t>
            </w:r>
            <w:r>
              <w:rPr>
                <w:rFonts w:cs="B Nazanin"/>
                <w:color w:val="666666"/>
                <w:sz w:val="18"/>
              </w:rPr>
              <w:t xml:space="preserve"> </w:t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مشاوره تخصصی </w:t>
            </w:r>
            <w:r w:rsidRPr="003824FD">
              <w:rPr>
                <w:rFonts w:ascii="Arial" w:hAnsi="Arial" w:cs="B Nazanin"/>
                <w:color w:val="666666"/>
                <w:sz w:val="18"/>
              </w:rPr>
              <w:t>□</w:t>
            </w:r>
            <w:r w:rsidRPr="003824FD">
              <w:rPr>
                <w:rFonts w:cs="B Nazanin"/>
                <w:color w:val="666666"/>
                <w:sz w:val="18"/>
              </w:rPr>
              <w:t xml:space="preserve"> سایر</w:t>
            </w:r>
          </w:p>
        </w:tc>
        <w:tc>
          <w:tcPr>
            <w:tcW w:w="3058" w:type="dxa"/>
            <w:shd w:val="clear" w:color="auto" w:fill="F2F5F8"/>
            <w:vAlign w:val="center"/>
          </w:tcPr>
          <w:p w14:paraId="509A239C" w14:textId="22A0906D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نوع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حمایت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مورد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انتظار</w:t>
            </w:r>
          </w:p>
        </w:tc>
      </w:tr>
      <w:tr w:rsidR="00EE2603" w:rsidRPr="003824FD" w14:paraId="7D5D2D2F" w14:textId="77777777" w:rsidTr="00EE2603">
        <w:trPr>
          <w:jc w:val="center"/>
        </w:trPr>
        <w:tc>
          <w:tcPr>
            <w:tcW w:w="7351" w:type="dxa"/>
            <w:vAlign w:val="center"/>
          </w:tcPr>
          <w:p w14:paraId="71C4B401" w14:textId="038FEE05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058" w:type="dxa"/>
            <w:vAlign w:val="center"/>
          </w:tcPr>
          <w:p w14:paraId="0BBE6D5D" w14:textId="70F6812E" w:rsidR="00EE2603" w:rsidRPr="00EE2603" w:rsidRDefault="00EE2603" w:rsidP="00EE2603">
            <w:pPr>
              <w:spacing w:after="0"/>
              <w:jc w:val="center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 w:hint="cs"/>
                <w:b/>
                <w:bCs/>
                <w:color w:val="006666"/>
                <w:rtl/>
              </w:rPr>
              <w:t>پیشنهاد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شرکت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برای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تقسیم</w:t>
            </w:r>
            <w:r w:rsidRPr="00EE2603">
              <w:rPr>
                <w:rFonts w:cs="B Nazanin"/>
                <w:b/>
                <w:bCs/>
                <w:color w:val="006666"/>
                <w:rtl/>
              </w:rPr>
              <w:t xml:space="preserve"> </w:t>
            </w:r>
            <w:r w:rsidRPr="00EE2603">
              <w:rPr>
                <w:rFonts w:cs="B Nazanin" w:hint="cs"/>
                <w:b/>
                <w:bCs/>
                <w:color w:val="006666"/>
                <w:rtl/>
              </w:rPr>
              <w:t>مسئولیت</w:t>
            </w:r>
          </w:p>
        </w:tc>
      </w:tr>
    </w:tbl>
    <w:p w14:paraId="7A9B5969" w14:textId="77777777" w:rsidR="008300C2" w:rsidRPr="003824FD" w:rsidRDefault="00C4692E">
      <w:pPr>
        <w:pBdr>
          <w:bottom w:val="single" w:sz="10" w:space="3" w:color="C00000"/>
        </w:pBdr>
        <w:spacing w:before="120" w:after="100"/>
        <w:jc w:val="right"/>
        <w:rPr>
          <w:rFonts w:cs="B Nazanin"/>
          <w:color w:val="006666"/>
        </w:rPr>
      </w:pPr>
      <w:r w:rsidRPr="003824FD">
        <w:rPr>
          <w:rFonts w:ascii="B Titr" w:eastAsia="B Titr" w:hAnsi="B Titr" w:cs="B Nazanin"/>
          <w:b/>
          <w:color w:val="006666"/>
          <w:sz w:val="30"/>
        </w:rPr>
        <w:t>بخش ۹ ـ تیم فنی و توان اجرایی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7336"/>
        <w:gridCol w:w="3037"/>
      </w:tblGrid>
      <w:tr w:rsidR="00EE2603" w:rsidRPr="003824FD" w14:paraId="1A68EF3E" w14:textId="77777777" w:rsidTr="00B62F13">
        <w:trPr>
          <w:jc w:val="center"/>
        </w:trPr>
        <w:tc>
          <w:tcPr>
            <w:tcW w:w="7336" w:type="dxa"/>
            <w:shd w:val="clear" w:color="auto" w:fill="F2F5F8"/>
            <w:vAlign w:val="center"/>
          </w:tcPr>
          <w:p w14:paraId="7968CF2C" w14:textId="6958802C" w:rsidR="00EE2603" w:rsidRPr="003824FD" w:rsidRDefault="00EE2603" w:rsidP="00EE260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 نفر</w:t>
            </w:r>
          </w:p>
        </w:tc>
        <w:tc>
          <w:tcPr>
            <w:tcW w:w="3037" w:type="dxa"/>
            <w:shd w:val="clear" w:color="auto" w:fill="F2F5F8"/>
            <w:vAlign w:val="center"/>
          </w:tcPr>
          <w:p w14:paraId="15B7718A" w14:textId="2DFBD188" w:rsidR="00EE2603" w:rsidRPr="00EE2603" w:rsidRDefault="00EE2603" w:rsidP="00EE2603">
            <w:pPr>
              <w:spacing w:after="0"/>
              <w:jc w:val="right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/>
                <w:b/>
                <w:bCs/>
                <w:color w:val="006666"/>
              </w:rPr>
              <w:t>تعداد اعضای تیم فنی</w:t>
            </w:r>
          </w:p>
        </w:tc>
      </w:tr>
      <w:tr w:rsidR="00B62F13" w:rsidRPr="003824FD" w14:paraId="740909F6" w14:textId="77777777" w:rsidTr="00B62F13">
        <w:trPr>
          <w:jc w:val="center"/>
        </w:trPr>
        <w:tc>
          <w:tcPr>
            <w:tcW w:w="7336" w:type="dxa"/>
            <w:vAlign w:val="center"/>
          </w:tcPr>
          <w:p w14:paraId="7C619EE4" w14:textId="0339FD5E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37" w:type="dxa"/>
            <w:vAlign w:val="center"/>
          </w:tcPr>
          <w:p w14:paraId="387D818C" w14:textId="42C35A84" w:rsidR="00B62F13" w:rsidRPr="00EE2603" w:rsidRDefault="00B62F13" w:rsidP="00B62F13">
            <w:pPr>
              <w:spacing w:after="0"/>
              <w:jc w:val="right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/>
                <w:b/>
                <w:bCs/>
                <w:color w:val="006666"/>
              </w:rPr>
              <w:t>تخصص‌های کلیدی</w:t>
            </w:r>
          </w:p>
        </w:tc>
      </w:tr>
      <w:tr w:rsidR="00B62F13" w:rsidRPr="003824FD" w14:paraId="4F25DAAB" w14:textId="77777777" w:rsidTr="00B62F13">
        <w:trPr>
          <w:jc w:val="center"/>
        </w:trPr>
        <w:tc>
          <w:tcPr>
            <w:tcW w:w="7336" w:type="dxa"/>
            <w:shd w:val="clear" w:color="auto" w:fill="F2F5F8"/>
            <w:vAlign w:val="center"/>
          </w:tcPr>
          <w:p w14:paraId="17F7906B" w14:textId="62B9A968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37" w:type="dxa"/>
            <w:shd w:val="clear" w:color="auto" w:fill="F2F5F8"/>
            <w:vAlign w:val="center"/>
          </w:tcPr>
          <w:p w14:paraId="3C52417A" w14:textId="5B744E19" w:rsidR="00B62F13" w:rsidRPr="00EE2603" w:rsidRDefault="00B62F13" w:rsidP="00B62F13">
            <w:pPr>
              <w:spacing w:after="0"/>
              <w:jc w:val="right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/>
                <w:b/>
                <w:bCs/>
                <w:color w:val="006666"/>
              </w:rPr>
              <w:t>مسئول فنی پروژه</w:t>
            </w:r>
          </w:p>
        </w:tc>
      </w:tr>
      <w:tr w:rsidR="00B62F13" w:rsidRPr="003824FD" w14:paraId="0DBB7720" w14:textId="77777777" w:rsidTr="00B62F13">
        <w:trPr>
          <w:jc w:val="center"/>
        </w:trPr>
        <w:tc>
          <w:tcPr>
            <w:tcW w:w="7336" w:type="dxa"/>
            <w:vAlign w:val="center"/>
          </w:tcPr>
          <w:p w14:paraId="3F422295" w14:textId="07A4E5B6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  <w:r w:rsidRPr="003824FD">
              <w:rPr>
                <w:rFonts w:cs="B Nazanin"/>
                <w:color w:val="666666"/>
                <w:sz w:val="18"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3037" w:type="dxa"/>
            <w:vAlign w:val="center"/>
          </w:tcPr>
          <w:p w14:paraId="2A8A535C" w14:textId="17E4EE40" w:rsidR="00B62F13" w:rsidRPr="00EE2603" w:rsidRDefault="00B62F13" w:rsidP="00B62F13">
            <w:pPr>
              <w:spacing w:after="0"/>
              <w:jc w:val="right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/>
                <w:b/>
                <w:bCs/>
                <w:color w:val="006666"/>
              </w:rPr>
              <w:t>سوابق کلیدی تیم</w:t>
            </w:r>
          </w:p>
        </w:tc>
      </w:tr>
      <w:tr w:rsidR="00B62F13" w:rsidRPr="003824FD" w14:paraId="418BCAC3" w14:textId="77777777" w:rsidTr="00B62F13">
        <w:trPr>
          <w:jc w:val="center"/>
        </w:trPr>
        <w:tc>
          <w:tcPr>
            <w:tcW w:w="7336" w:type="dxa"/>
            <w:shd w:val="clear" w:color="auto" w:fill="F2F5F8"/>
            <w:vAlign w:val="center"/>
          </w:tcPr>
          <w:p w14:paraId="0A917393" w14:textId="5C0D22F3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666666"/>
                <w:sz w:val="18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3037" w:type="dxa"/>
            <w:shd w:val="clear" w:color="auto" w:fill="F2F5F8"/>
            <w:vAlign w:val="center"/>
          </w:tcPr>
          <w:p w14:paraId="59E10922" w14:textId="5C6C8B12" w:rsidR="00B62F13" w:rsidRPr="00EE2603" w:rsidRDefault="00B62F13" w:rsidP="00B62F13">
            <w:pPr>
              <w:spacing w:after="0"/>
              <w:jc w:val="right"/>
              <w:rPr>
                <w:rFonts w:cs="B Nazanin"/>
                <w:b/>
                <w:bCs/>
                <w:color w:val="006666"/>
              </w:rPr>
            </w:pPr>
            <w:r w:rsidRPr="00EE2603">
              <w:rPr>
                <w:rFonts w:cs="B Nazanin"/>
                <w:b/>
                <w:bCs/>
                <w:color w:val="006666"/>
              </w:rPr>
              <w:t>شرکای اجرایی/دانشگاهی/صنعتی</w:t>
            </w:r>
          </w:p>
        </w:tc>
      </w:tr>
    </w:tbl>
    <w:p w14:paraId="2AEE5F53" w14:textId="77777777" w:rsidR="008300C2" w:rsidRPr="003824FD" w:rsidRDefault="00C4692E">
      <w:pPr>
        <w:pBdr>
          <w:bottom w:val="single" w:sz="10" w:space="3" w:color="C00000"/>
        </w:pBdr>
        <w:spacing w:before="120" w:after="100"/>
        <w:jc w:val="right"/>
        <w:rPr>
          <w:rFonts w:cs="B Nazanin"/>
          <w:color w:val="006666"/>
        </w:rPr>
      </w:pPr>
      <w:r w:rsidRPr="003824FD">
        <w:rPr>
          <w:rFonts w:ascii="B Titr" w:eastAsia="B Titr" w:hAnsi="B Titr" w:cs="B Nazanin"/>
          <w:b/>
          <w:color w:val="006666"/>
          <w:sz w:val="30"/>
        </w:rPr>
        <w:t xml:space="preserve">بخش </w:t>
      </w:r>
      <w:r w:rsidRPr="003824FD">
        <w:rPr>
          <w:rFonts w:ascii="B Titr" w:eastAsia="B Titr" w:hAnsi="B Titr" w:cs="B Nazanin"/>
          <w:b/>
          <w:color w:val="006666"/>
          <w:sz w:val="40"/>
          <w:szCs w:val="32"/>
        </w:rPr>
        <w:t xml:space="preserve">۱۰ </w:t>
      </w:r>
      <w:r w:rsidRPr="003824FD">
        <w:rPr>
          <w:rFonts w:ascii="B Titr" w:eastAsia="B Titr" w:hAnsi="B Titr" w:cs="B Nazanin"/>
          <w:b/>
          <w:color w:val="006666"/>
          <w:sz w:val="30"/>
        </w:rPr>
        <w:t>ـ فایل‌ها و مستندات پیوست</w:t>
      </w:r>
    </w:p>
    <w:p w14:paraId="15CBCDBE" w14:textId="0B899781" w:rsidR="008300C2" w:rsidRPr="003824FD" w:rsidRDefault="00C4692E" w:rsidP="00B62F13">
      <w:pPr>
        <w:bidi/>
        <w:spacing w:after="40"/>
        <w:rPr>
          <w:rFonts w:cs="B Nazanin"/>
          <w:rtl/>
          <w:lang w:bidi="fa-IR"/>
        </w:rPr>
      </w:pPr>
      <w:r w:rsidRPr="003824FD">
        <w:rPr>
          <w:rFonts w:cs="B Nazanin"/>
          <w:sz w:val="19"/>
        </w:rPr>
        <w:t>معرفی‌نامه</w:t>
      </w:r>
      <w:r w:rsidR="00EE2603">
        <w:rPr>
          <w:rFonts w:cs="B Nazanin"/>
          <w:sz w:val="19"/>
        </w:rPr>
        <w:t>/</w:t>
      </w:r>
      <w:r w:rsidRPr="003824FD">
        <w:rPr>
          <w:rFonts w:cs="B Nazanin"/>
          <w:sz w:val="19"/>
        </w:rPr>
        <w:t xml:space="preserve"> کاتالوگ شرکت</w:t>
      </w:r>
    </w:p>
    <w:p w14:paraId="46A0BCA7" w14:textId="6A5125D6" w:rsidR="008300C2" w:rsidRPr="003824FD" w:rsidRDefault="00C4692E" w:rsidP="00B62F13">
      <w:pPr>
        <w:bidi/>
        <w:spacing w:after="40"/>
        <w:rPr>
          <w:rFonts w:cs="B Nazanin"/>
        </w:rPr>
      </w:pPr>
      <w:r w:rsidRPr="003824FD">
        <w:rPr>
          <w:rFonts w:cs="B Nazanin"/>
          <w:sz w:val="19"/>
        </w:rPr>
        <w:t>فایل معرفی محصول یا فناوری</w:t>
      </w:r>
    </w:p>
    <w:p w14:paraId="1F722936" w14:textId="0C4CE51D" w:rsidR="008300C2" w:rsidRPr="003824FD" w:rsidRDefault="00C4692E" w:rsidP="00B62F13">
      <w:pPr>
        <w:bidi/>
        <w:spacing w:after="40"/>
        <w:rPr>
          <w:rFonts w:cs="B Nazanin"/>
        </w:rPr>
      </w:pPr>
      <w:r w:rsidRPr="003824FD">
        <w:rPr>
          <w:rFonts w:cs="B Nazanin"/>
          <w:sz w:val="19"/>
        </w:rPr>
        <w:t xml:space="preserve">مستندات فنی </w:t>
      </w:r>
      <w:r w:rsidR="00EE2603">
        <w:rPr>
          <w:rFonts w:cs="B Nazanin"/>
          <w:sz w:val="19"/>
        </w:rPr>
        <w:t>/</w:t>
      </w:r>
      <w:r w:rsidRPr="003824FD">
        <w:rPr>
          <w:rFonts w:cs="B Nazanin"/>
          <w:sz w:val="19"/>
        </w:rPr>
        <w:t xml:space="preserve"> نقشه‌ها </w:t>
      </w:r>
      <w:r w:rsidR="00EE2603">
        <w:rPr>
          <w:rFonts w:cs="B Nazanin"/>
          <w:sz w:val="19"/>
        </w:rPr>
        <w:t>/</w:t>
      </w:r>
      <w:r w:rsidRPr="003824FD">
        <w:rPr>
          <w:rFonts w:cs="B Nazanin"/>
          <w:sz w:val="19"/>
        </w:rPr>
        <w:t xml:space="preserve"> دیتاشیت</w:t>
      </w:r>
    </w:p>
    <w:p w14:paraId="79A3CE96" w14:textId="7F1C6435" w:rsidR="008300C2" w:rsidRPr="003824FD" w:rsidRDefault="00C4692E" w:rsidP="00B62F13">
      <w:pPr>
        <w:bidi/>
        <w:spacing w:after="40"/>
        <w:rPr>
          <w:rFonts w:cs="B Nazanin"/>
        </w:rPr>
      </w:pPr>
      <w:r w:rsidRPr="003824FD">
        <w:rPr>
          <w:rFonts w:cs="B Nazanin"/>
          <w:sz w:val="19"/>
        </w:rPr>
        <w:t>تصاویر یا فیلم عملکرد نمونه</w:t>
      </w:r>
    </w:p>
    <w:p w14:paraId="1C3945C2" w14:textId="6818164D" w:rsidR="008300C2" w:rsidRPr="003824FD" w:rsidRDefault="00C4692E" w:rsidP="00B62F13">
      <w:pPr>
        <w:bidi/>
        <w:spacing w:after="40"/>
        <w:rPr>
          <w:rFonts w:cs="B Nazanin"/>
          <w:rtl/>
          <w:lang w:bidi="fa-IR"/>
        </w:rPr>
      </w:pPr>
      <w:r w:rsidRPr="003824FD">
        <w:rPr>
          <w:rFonts w:cs="B Nazanin"/>
          <w:sz w:val="19"/>
        </w:rPr>
        <w:t>نتایج آزمون و ارزیابی</w:t>
      </w:r>
    </w:p>
    <w:p w14:paraId="5C35E14A" w14:textId="6C6E8CAF" w:rsidR="008300C2" w:rsidRPr="003824FD" w:rsidRDefault="00C4692E" w:rsidP="00B62F13">
      <w:pPr>
        <w:bidi/>
        <w:spacing w:after="40"/>
        <w:rPr>
          <w:rFonts w:cs="B Nazanin"/>
        </w:rPr>
      </w:pPr>
      <w:r w:rsidRPr="003824FD">
        <w:rPr>
          <w:rFonts w:cs="B Nazanin"/>
          <w:sz w:val="19"/>
        </w:rPr>
        <w:t>سوابق پروژه‌های صنعتی و قراردادهای مشابه</w:t>
      </w:r>
    </w:p>
    <w:p w14:paraId="1A10CE78" w14:textId="349FAAF7" w:rsidR="008300C2" w:rsidRPr="003824FD" w:rsidRDefault="00C4692E" w:rsidP="00B62F13">
      <w:pPr>
        <w:bidi/>
        <w:spacing w:after="40"/>
        <w:rPr>
          <w:rFonts w:cs="B Nazanin"/>
        </w:rPr>
      </w:pPr>
      <w:r w:rsidRPr="003824FD">
        <w:rPr>
          <w:rFonts w:cs="B Nazanin"/>
          <w:sz w:val="19"/>
        </w:rPr>
        <w:t>مجوزها، استانداردها و گواهی‌های مرتبط</w:t>
      </w:r>
    </w:p>
    <w:p w14:paraId="11CD8B5E" w14:textId="7A694C43" w:rsidR="008300C2" w:rsidRPr="003824FD" w:rsidRDefault="00C4692E" w:rsidP="00B62F13">
      <w:pPr>
        <w:bidi/>
        <w:spacing w:after="40"/>
        <w:rPr>
          <w:rFonts w:cs="B Nazanin"/>
        </w:rPr>
      </w:pPr>
      <w:r w:rsidRPr="003824FD">
        <w:rPr>
          <w:rFonts w:cs="B Nazanin"/>
          <w:sz w:val="19"/>
        </w:rPr>
        <w:t>Pitch Deck / ارائه سرمایه‌گذاری در صورت درخواست بررسی سرمایه‌گذاری</w:t>
      </w:r>
    </w:p>
    <w:p w14:paraId="15684A5A" w14:textId="4BBF26C5" w:rsidR="008300C2" w:rsidRPr="003824FD" w:rsidRDefault="00C4692E" w:rsidP="00B62F13">
      <w:pPr>
        <w:bidi/>
        <w:spacing w:after="40"/>
        <w:rPr>
          <w:rFonts w:cs="B Nazanin"/>
          <w:sz w:val="19"/>
          <w:rtl/>
        </w:rPr>
      </w:pPr>
      <w:r w:rsidRPr="003824FD">
        <w:rPr>
          <w:rFonts w:cs="B Nazanin"/>
          <w:sz w:val="19"/>
        </w:rPr>
        <w:t>سایر</w:t>
      </w:r>
      <w:r w:rsidR="00B62F13" w:rsidRPr="003824FD">
        <w:rPr>
          <w:rFonts w:cs="B Nazanin" w:hint="cs"/>
          <w:sz w:val="19"/>
          <w:rtl/>
        </w:rPr>
        <w:t xml:space="preserve"> </w:t>
      </w:r>
      <w:r w:rsidR="00B62F13" w:rsidRPr="003824FD">
        <w:rPr>
          <w:rFonts w:cs="B Nazanin"/>
          <w:sz w:val="19"/>
        </w:rPr>
        <w:t>....................................................................................</w:t>
      </w:r>
    </w:p>
    <w:p w14:paraId="05AB4075" w14:textId="77777777" w:rsidR="00B62F13" w:rsidRPr="003824FD" w:rsidRDefault="00B62F13" w:rsidP="00B62F13">
      <w:pPr>
        <w:bidi/>
        <w:spacing w:after="40"/>
        <w:rPr>
          <w:rFonts w:cs="B Nazanin"/>
          <w:lang w:bidi="fa-IR"/>
        </w:rPr>
      </w:pPr>
    </w:p>
    <w:p w14:paraId="5CF910D2" w14:textId="77777777" w:rsidR="008300C2" w:rsidRPr="003824FD" w:rsidRDefault="00C4692E">
      <w:pPr>
        <w:pBdr>
          <w:bottom w:val="single" w:sz="10" w:space="3" w:color="C00000"/>
        </w:pBdr>
        <w:spacing w:before="120" w:after="100"/>
        <w:jc w:val="right"/>
        <w:rPr>
          <w:rFonts w:cs="B Nazanin"/>
          <w:color w:val="006666"/>
        </w:rPr>
      </w:pPr>
      <w:r w:rsidRPr="003824FD">
        <w:rPr>
          <w:rFonts w:ascii="B Titr" w:eastAsia="B Titr" w:hAnsi="B Titr" w:cs="B Nazanin"/>
          <w:b/>
          <w:color w:val="006666"/>
          <w:sz w:val="30"/>
        </w:rPr>
        <w:lastRenderedPageBreak/>
        <w:t xml:space="preserve">بخش </w:t>
      </w:r>
      <w:r w:rsidRPr="003824FD">
        <w:rPr>
          <w:rFonts w:ascii="B Titr" w:eastAsia="B Titr" w:hAnsi="B Titr" w:cs="B Nazanin"/>
          <w:b/>
          <w:color w:val="006666"/>
          <w:sz w:val="36"/>
          <w:szCs w:val="28"/>
        </w:rPr>
        <w:t xml:space="preserve">۱۱ </w:t>
      </w:r>
      <w:r w:rsidRPr="003824FD">
        <w:rPr>
          <w:rFonts w:ascii="B Titr" w:eastAsia="B Titr" w:hAnsi="B Titr" w:cs="B Nazanin"/>
          <w:b/>
          <w:color w:val="006666"/>
          <w:sz w:val="30"/>
        </w:rPr>
        <w:t>ـ تأیید و تعهد متقاضی</w:t>
      </w:r>
    </w:p>
    <w:p w14:paraId="5A0735FC" w14:textId="6B407983" w:rsidR="008300C2" w:rsidRPr="003824FD" w:rsidRDefault="00C4692E" w:rsidP="00B62F13">
      <w:pPr>
        <w:bidi/>
        <w:spacing w:after="80" w:line="264" w:lineRule="auto"/>
        <w:jc w:val="both"/>
        <w:rPr>
          <w:rFonts w:cs="B Nazanin"/>
        </w:rPr>
      </w:pPr>
      <w:r w:rsidRPr="003824FD">
        <w:rPr>
          <w:rFonts w:cs="B Nazanin"/>
          <w:color w:val="222222"/>
          <w:sz w:val="19"/>
        </w:rPr>
        <w:t>اینجانب</w:t>
      </w:r>
      <w:r w:rsidR="00EE2603">
        <w:rPr>
          <w:rFonts w:cs="B Nazanin"/>
          <w:color w:val="222222"/>
          <w:sz w:val="19"/>
        </w:rPr>
        <w:t xml:space="preserve">/ </w:t>
      </w:r>
      <w:r w:rsidRPr="003824FD">
        <w:rPr>
          <w:rFonts w:cs="B Nazanin"/>
          <w:color w:val="222222"/>
          <w:sz w:val="19"/>
        </w:rPr>
        <w:t xml:space="preserve">شرکت ........................................................ </w:t>
      </w:r>
      <w:r w:rsidR="00EE2603">
        <w:rPr>
          <w:rFonts w:cs="B Nazanin"/>
          <w:color w:val="222222"/>
          <w:sz w:val="19"/>
        </w:rPr>
        <w:t xml:space="preserve"> </w:t>
      </w:r>
      <w:r w:rsidRPr="003824FD">
        <w:rPr>
          <w:rFonts w:cs="B Nazanin"/>
          <w:color w:val="222222"/>
          <w:sz w:val="19"/>
        </w:rPr>
        <w:t>تأیید می‌نماید اطلاعات ارائه‌شده در این فرم تا حد اطلاع و مستندات موجود صحیح است و در صورت درخواست، آمادگی ارائه مستندات تکمیلی و حضور در جلسات فنی و تخصصی را دارد. همچنین آگاه است که ثبت این درخواست به‌تنهایی به منزله تعهد صندوق یا گروه صنعتی تراکتورسازی ایران برای خرید، انعقاد قرارداد، اجرای پایلوت یا سرمایه‌گذاری نبوده و هرگونه همکاری پس از طی فرآیند ارزیابی و تصویب‌های مربوط انجام خواهد شد</w:t>
      </w:r>
      <w:r w:rsidR="00B62F13" w:rsidRPr="003824FD">
        <w:rPr>
          <w:rFonts w:cs="B Nazanin" w:hint="cs"/>
          <w:color w:val="222222"/>
          <w:sz w:val="19"/>
          <w:rtl/>
        </w:rPr>
        <w:t>.</w:t>
      </w:r>
    </w:p>
    <w:tbl>
      <w:tblPr>
        <w:tblW w:w="0" w:type="auto"/>
        <w:jc w:val="center"/>
        <w:tblBorders>
          <w:top w:val="single" w:sz="4" w:space="0" w:color="D9E1E8"/>
          <w:left w:val="single" w:sz="4" w:space="0" w:color="D9E1E8"/>
          <w:bottom w:val="single" w:sz="4" w:space="0" w:color="D9E1E8"/>
          <w:right w:val="single" w:sz="4" w:space="0" w:color="D9E1E8"/>
          <w:insideH w:val="single" w:sz="4" w:space="0" w:color="D9E1E8"/>
          <w:insideV w:val="single" w:sz="4" w:space="0" w:color="D9E1E8"/>
        </w:tblBorders>
        <w:tblLook w:val="04A0" w:firstRow="1" w:lastRow="0" w:firstColumn="1" w:lastColumn="0" w:noHBand="0" w:noVBand="1"/>
      </w:tblPr>
      <w:tblGrid>
        <w:gridCol w:w="3196"/>
        <w:gridCol w:w="7220"/>
      </w:tblGrid>
      <w:tr w:rsidR="00B62F13" w:rsidRPr="003824FD" w14:paraId="422CB3FA" w14:textId="77777777" w:rsidTr="00B62F13">
        <w:trPr>
          <w:jc w:val="center"/>
        </w:trPr>
        <w:tc>
          <w:tcPr>
            <w:tcW w:w="3198" w:type="dxa"/>
            <w:shd w:val="clear" w:color="auto" w:fill="F2F5F8"/>
            <w:vAlign w:val="center"/>
          </w:tcPr>
          <w:p w14:paraId="61AEDB63" w14:textId="6FD0B6E8" w:rsidR="00B62F13" w:rsidRPr="003824FD" w:rsidRDefault="00B62F13" w:rsidP="00B62F1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7296" w:type="dxa"/>
            <w:shd w:val="clear" w:color="auto" w:fill="F2F5F8"/>
            <w:vAlign w:val="center"/>
          </w:tcPr>
          <w:p w14:paraId="0C2352D0" w14:textId="7EA6B379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006666"/>
              </w:rPr>
            </w:pPr>
            <w:r w:rsidRPr="003824FD">
              <w:rPr>
                <w:rFonts w:cs="B Nazanin"/>
                <w:b/>
                <w:color w:val="006666"/>
                <w:sz w:val="18"/>
              </w:rPr>
              <w:t>نام و نام خانوادگی نماینده</w:t>
            </w:r>
          </w:p>
        </w:tc>
      </w:tr>
      <w:tr w:rsidR="00B62F13" w:rsidRPr="003824FD" w14:paraId="31E01667" w14:textId="77777777" w:rsidTr="00B62F13">
        <w:trPr>
          <w:jc w:val="center"/>
        </w:trPr>
        <w:tc>
          <w:tcPr>
            <w:tcW w:w="3198" w:type="dxa"/>
            <w:vAlign w:val="center"/>
          </w:tcPr>
          <w:p w14:paraId="4801636C" w14:textId="3505E4E2" w:rsidR="00B62F13" w:rsidRPr="003824FD" w:rsidRDefault="00B62F13" w:rsidP="00B62F1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7296" w:type="dxa"/>
            <w:vAlign w:val="center"/>
          </w:tcPr>
          <w:p w14:paraId="78500BC2" w14:textId="5C40123B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006666"/>
              </w:rPr>
            </w:pPr>
            <w:r w:rsidRPr="003824FD">
              <w:rPr>
                <w:rFonts w:cs="B Nazanin"/>
                <w:b/>
                <w:color w:val="006666"/>
                <w:sz w:val="18"/>
              </w:rPr>
              <w:t>سمت</w:t>
            </w:r>
          </w:p>
        </w:tc>
      </w:tr>
      <w:tr w:rsidR="00B62F13" w:rsidRPr="003824FD" w14:paraId="441C14B4" w14:textId="77777777" w:rsidTr="00B62F13">
        <w:trPr>
          <w:jc w:val="center"/>
        </w:trPr>
        <w:tc>
          <w:tcPr>
            <w:tcW w:w="3198" w:type="dxa"/>
            <w:shd w:val="clear" w:color="auto" w:fill="F2F5F8"/>
            <w:vAlign w:val="center"/>
          </w:tcPr>
          <w:p w14:paraId="7CC829E2" w14:textId="3E2A7CA8" w:rsidR="00B62F13" w:rsidRPr="003824FD" w:rsidRDefault="00B62F13" w:rsidP="00B62F1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7296" w:type="dxa"/>
            <w:shd w:val="clear" w:color="auto" w:fill="F2F5F8"/>
            <w:vAlign w:val="center"/>
          </w:tcPr>
          <w:p w14:paraId="25FBB359" w14:textId="21084338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006666"/>
              </w:rPr>
            </w:pPr>
            <w:r w:rsidRPr="003824FD">
              <w:rPr>
                <w:rFonts w:cs="B Nazanin"/>
                <w:b/>
                <w:color w:val="006666"/>
                <w:sz w:val="18"/>
              </w:rPr>
              <w:t>امضا و مهر</w:t>
            </w:r>
          </w:p>
        </w:tc>
      </w:tr>
      <w:tr w:rsidR="00B62F13" w:rsidRPr="003824FD" w14:paraId="51F89230" w14:textId="77777777" w:rsidTr="00B62F13">
        <w:trPr>
          <w:jc w:val="center"/>
        </w:trPr>
        <w:tc>
          <w:tcPr>
            <w:tcW w:w="3198" w:type="dxa"/>
            <w:vAlign w:val="center"/>
          </w:tcPr>
          <w:p w14:paraId="04532026" w14:textId="7EFD089A" w:rsidR="00B62F13" w:rsidRPr="003824FD" w:rsidRDefault="00B62F13" w:rsidP="00B62F13">
            <w:pPr>
              <w:spacing w:after="0"/>
              <w:jc w:val="right"/>
              <w:rPr>
                <w:rFonts w:cs="B Nazanin"/>
              </w:rPr>
            </w:pPr>
            <w:r w:rsidRPr="003824FD">
              <w:rPr>
                <w:rFonts w:cs="B Nazanin"/>
                <w:color w:val="666666"/>
                <w:sz w:val="18"/>
              </w:rPr>
              <w:t>................................................................................................</w:t>
            </w:r>
          </w:p>
        </w:tc>
        <w:tc>
          <w:tcPr>
            <w:tcW w:w="7296" w:type="dxa"/>
            <w:vAlign w:val="center"/>
          </w:tcPr>
          <w:p w14:paraId="040514B8" w14:textId="55077064" w:rsidR="00B62F13" w:rsidRPr="003824FD" w:rsidRDefault="00B62F13" w:rsidP="00B62F13">
            <w:pPr>
              <w:spacing w:after="0"/>
              <w:jc w:val="right"/>
              <w:rPr>
                <w:rFonts w:cs="B Nazanin"/>
                <w:color w:val="006666"/>
              </w:rPr>
            </w:pPr>
            <w:r w:rsidRPr="003824FD">
              <w:rPr>
                <w:rFonts w:cs="B Nazanin"/>
                <w:b/>
                <w:color w:val="006666"/>
                <w:sz w:val="18"/>
              </w:rPr>
              <w:t>تاریخ</w:t>
            </w:r>
          </w:p>
        </w:tc>
      </w:tr>
    </w:tbl>
    <w:p w14:paraId="4FFAE47E" w14:textId="77777777" w:rsidR="00C4692E" w:rsidRPr="003824FD" w:rsidRDefault="00C4692E">
      <w:pPr>
        <w:rPr>
          <w:rFonts w:cs="B Nazanin"/>
        </w:rPr>
      </w:pPr>
    </w:p>
    <w:sectPr w:rsidR="00C4692E" w:rsidRPr="003824FD" w:rsidSect="00034616">
      <w:headerReference w:type="default" r:id="rId8"/>
      <w:footerReference w:type="default" r:id="rId9"/>
      <w:pgSz w:w="12240" w:h="15840"/>
      <w:pgMar w:top="850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5B0FA" w14:textId="77777777" w:rsidR="006C1272" w:rsidRDefault="006C1272">
      <w:pPr>
        <w:spacing w:after="0" w:line="240" w:lineRule="auto"/>
      </w:pPr>
      <w:r>
        <w:separator/>
      </w:r>
    </w:p>
  </w:endnote>
  <w:endnote w:type="continuationSeparator" w:id="0">
    <w:p w14:paraId="7A2BA458" w14:textId="77777777" w:rsidR="006C1272" w:rsidRDefault="006C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2CE9E" w14:textId="33D38402" w:rsidR="008300C2" w:rsidRPr="008B048C" w:rsidRDefault="008B048C" w:rsidP="008B048C">
    <w:pPr>
      <w:pStyle w:val="Footer"/>
      <w:bidi/>
      <w:jc w:val="center"/>
      <w:rPr>
        <w:rFonts w:cs="B Nazanin"/>
        <w:rtl/>
        <w:lang w:bidi="fa-IR"/>
      </w:rPr>
    </w:pPr>
    <w:r w:rsidRPr="008B048C">
      <w:rPr>
        <w:rFonts w:cs="B Nazanin"/>
        <w:rtl/>
      </w:rPr>
      <w:t>فرم ثبت درخواست | فراخوان</w:t>
    </w:r>
    <w:r w:rsidRPr="008B048C">
      <w:rPr>
        <w:rFonts w:cs="B Nazanin" w:hint="cs"/>
        <w:rtl/>
      </w:rPr>
      <w:t xml:space="preserve"> </w:t>
    </w:r>
    <w:r w:rsidRPr="008B048C">
      <w:rPr>
        <w:rFonts w:cs="B Nazanin"/>
        <w:rtl/>
      </w:rPr>
      <w:t>سرما</w:t>
    </w:r>
    <w:r w:rsidRPr="008B048C">
      <w:rPr>
        <w:rFonts w:cs="B Nazanin" w:hint="cs"/>
        <w:rtl/>
      </w:rPr>
      <w:t>ی</w:t>
    </w:r>
    <w:r w:rsidRPr="008B048C">
      <w:rPr>
        <w:rFonts w:cs="B Nazanin" w:hint="eastAsia"/>
        <w:rtl/>
      </w:rPr>
      <w:t>ه</w:t>
    </w:r>
    <w:r w:rsidRPr="008B048C">
      <w:rPr>
        <w:rFonts w:cs="B Nazanin"/>
        <w:rtl/>
      </w:rPr>
      <w:t xml:space="preserve"> گذار</w:t>
    </w:r>
    <w:r w:rsidRPr="008B048C">
      <w:rPr>
        <w:rFonts w:cs="B Nazanin" w:hint="cs"/>
        <w:rtl/>
      </w:rPr>
      <w:t>ی</w:t>
    </w:r>
    <w:r w:rsidRPr="008B048C">
      <w:rPr>
        <w:rFonts w:cs="B Nazanin"/>
        <w:rtl/>
      </w:rPr>
      <w:t xml:space="preserve"> خطرپذ</w:t>
    </w:r>
    <w:r w:rsidRPr="008B048C">
      <w:rPr>
        <w:rFonts w:cs="B Nazanin" w:hint="cs"/>
        <w:rtl/>
      </w:rPr>
      <w:t>ی</w:t>
    </w:r>
    <w:r w:rsidRPr="008B048C">
      <w:rPr>
        <w:rFonts w:cs="B Nazanin" w:hint="eastAsia"/>
        <w:rtl/>
      </w:rPr>
      <w:t>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1D0C" w14:textId="77777777" w:rsidR="006C1272" w:rsidRDefault="006C1272">
      <w:pPr>
        <w:spacing w:after="0" w:line="240" w:lineRule="auto"/>
      </w:pPr>
      <w:r>
        <w:separator/>
      </w:r>
    </w:p>
  </w:footnote>
  <w:footnote w:type="continuationSeparator" w:id="0">
    <w:p w14:paraId="476F7CBA" w14:textId="77777777" w:rsidR="006C1272" w:rsidRDefault="006C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19C84" w14:textId="07269A86" w:rsidR="008300C2" w:rsidRDefault="00B62F13" w:rsidP="00B62F13">
    <w:pPr>
      <w:pStyle w:val="Header"/>
      <w:jc w:val="center"/>
      <w:rPr>
        <w:color w:val="666666"/>
        <w:sz w:val="16"/>
        <w:rtl/>
      </w:rPr>
    </w:pPr>
    <w:r w:rsidRPr="00B62F13">
      <w:rPr>
        <w:noProof/>
        <w:color w:val="666666"/>
        <w:sz w:val="16"/>
      </w:rPr>
      <w:drawing>
        <wp:anchor distT="0" distB="0" distL="114300" distR="114300" simplePos="0" relativeHeight="251659776" behindDoc="1" locked="0" layoutInCell="1" allowOverlap="1" wp14:anchorId="26025CCB" wp14:editId="4989425D">
          <wp:simplePos x="0" y="0"/>
          <wp:positionH relativeFrom="column">
            <wp:posOffset>5991225</wp:posOffset>
          </wp:positionH>
          <wp:positionV relativeFrom="paragraph">
            <wp:posOffset>-182880</wp:posOffset>
          </wp:positionV>
          <wp:extent cx="664845" cy="634365"/>
          <wp:effectExtent l="0" t="0" r="1905" b="0"/>
          <wp:wrapTight wrapText="bothSides">
            <wp:wrapPolygon edited="0">
              <wp:start x="1238" y="0"/>
              <wp:lineTo x="0" y="20108"/>
              <wp:lineTo x="0" y="20757"/>
              <wp:lineTo x="21043" y="20757"/>
              <wp:lineTo x="21043" y="19459"/>
              <wp:lineTo x="18567" y="10378"/>
              <wp:lineTo x="19805" y="6486"/>
              <wp:lineTo x="17330" y="2595"/>
              <wp:lineTo x="11759" y="0"/>
              <wp:lineTo x="1238" y="0"/>
            </wp:wrapPolygon>
          </wp:wrapTight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7EBBB963-F52E-0ACE-09FF-4A17CB9F0B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7EBBB963-F52E-0ACE-09FF-4A17CB9F0BD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186"/>
                  <a:stretch/>
                </pic:blipFill>
                <pic:spPr>
                  <a:xfrm>
                    <a:off x="0" y="0"/>
                    <a:ext cx="664845" cy="634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color w:val="666666"/>
        <w:sz w:val="16"/>
        <w:rtl/>
      </w:rPr>
      <w:t xml:space="preserve"> </w:t>
    </w:r>
  </w:p>
  <w:p w14:paraId="68E4FA7F" w14:textId="336AD758" w:rsidR="00B62F13" w:rsidRDefault="00B62F13" w:rsidP="00EA5EEE">
    <w:pPr>
      <w:pStyle w:val="Header"/>
      <w:rPr>
        <w:color w:val="666666"/>
        <w:sz w:val="16"/>
        <w:rtl/>
      </w:rPr>
    </w:pPr>
  </w:p>
  <w:p w14:paraId="24D41274" w14:textId="77777777" w:rsidR="00B62F13" w:rsidRDefault="00B62F13" w:rsidP="00B62F1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16E"/>
    <w:rsid w:val="0029639D"/>
    <w:rsid w:val="002D6D7C"/>
    <w:rsid w:val="0030053D"/>
    <w:rsid w:val="00326F90"/>
    <w:rsid w:val="003824FD"/>
    <w:rsid w:val="00646BDD"/>
    <w:rsid w:val="006572A5"/>
    <w:rsid w:val="006C1272"/>
    <w:rsid w:val="00763E22"/>
    <w:rsid w:val="007C09BE"/>
    <w:rsid w:val="00800704"/>
    <w:rsid w:val="008300C2"/>
    <w:rsid w:val="008B048C"/>
    <w:rsid w:val="009027F7"/>
    <w:rsid w:val="00AA1D8D"/>
    <w:rsid w:val="00B47730"/>
    <w:rsid w:val="00B62F13"/>
    <w:rsid w:val="00B62F43"/>
    <w:rsid w:val="00B65317"/>
    <w:rsid w:val="00C4692E"/>
    <w:rsid w:val="00CB0664"/>
    <w:rsid w:val="00DE56F6"/>
    <w:rsid w:val="00E654E7"/>
    <w:rsid w:val="00EA5EEE"/>
    <w:rsid w:val="00EE26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06CFBF"/>
  <w14:defaultImageDpi w14:val="330"/>
  <w15:docId w15:val="{B799F9B4-C16E-4720-A398-2B64745E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 Nazanin" w:eastAsia="B Nazanin" w:hAnsi="B Nazanin"/>
      <w:color w:val="17365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6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9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Azarfund 3</cp:lastModifiedBy>
  <cp:revision>3</cp:revision>
  <cp:lastPrinted>2026-09-16T09:29:00Z</cp:lastPrinted>
  <dcterms:created xsi:type="dcterms:W3CDTF">2026-09-16T09:29:00Z</dcterms:created>
  <dcterms:modified xsi:type="dcterms:W3CDTF">2026-09-16T09:31:00Z</dcterms:modified>
  <cp:category/>
</cp:coreProperties>
</file>